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0FFAE" w14:textId="3EDA2DEE" w:rsidR="00E92296" w:rsidRPr="009417B8" w:rsidRDefault="006D45D1" w:rsidP="006D45D1">
      <w:pPr>
        <w:tabs>
          <w:tab w:val="left" w:pos="240"/>
          <w:tab w:val="center" w:pos="5244"/>
        </w:tabs>
        <w:spacing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kk-KZ"/>
        </w:rPr>
        <w:t>Карта №</w:t>
      </w:r>
      <w:r w:rsidR="009B4A18">
        <w:rPr>
          <w:rFonts w:ascii="Times New Roman" w:hAnsi="Times New Roman" w:cs="Times New Roman"/>
          <w:lang w:val="kk-KZ"/>
        </w:rPr>
        <w:t>_____</w:t>
      </w:r>
      <w:r>
        <w:rPr>
          <w:rFonts w:ascii="Times New Roman" w:hAnsi="Times New Roman" w:cs="Times New Roman"/>
          <w:lang w:val="ru-RU"/>
        </w:rPr>
        <w:tab/>
      </w:r>
      <w:r w:rsidR="009417B8" w:rsidRPr="009417B8">
        <w:rPr>
          <w:rFonts w:ascii="Times New Roman" w:hAnsi="Times New Roman" w:cs="Times New Roman"/>
          <w:lang w:val="ru-RU"/>
        </w:rPr>
        <w:t>ДОГОВОР ОКАЗАНИЯ ПЛАТНЫХ УСЛУГ</w:t>
      </w:r>
      <w:r w:rsidR="009417B8">
        <w:rPr>
          <w:rFonts w:ascii="Times New Roman" w:hAnsi="Times New Roman" w:cs="Times New Roman"/>
          <w:lang w:val="ru-RU"/>
        </w:rPr>
        <w:t xml:space="preserve"> №</w:t>
      </w:r>
    </w:p>
    <w:p w14:paraId="16A992C7" w14:textId="3D084B77" w:rsidR="00E92296" w:rsidRPr="009417B8" w:rsidRDefault="009417B8" w:rsidP="005F2F5D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9417B8">
        <w:rPr>
          <w:rFonts w:ascii="Times New Roman" w:hAnsi="Times New Roman" w:cs="Times New Roman"/>
          <w:lang w:val="ru-RU"/>
        </w:rPr>
        <w:t xml:space="preserve">г. </w:t>
      </w:r>
      <w:r w:rsidRPr="009417B8">
        <w:rPr>
          <w:rFonts w:ascii="Times New Roman" w:hAnsi="Times New Roman" w:cs="Times New Roman"/>
          <w:lang w:val="kk-KZ"/>
        </w:rPr>
        <w:t xml:space="preserve">Атырау                                                                                               </w:t>
      </w:r>
      <w:r w:rsidRPr="009417B8">
        <w:rPr>
          <w:rFonts w:ascii="Times New Roman" w:hAnsi="Times New Roman" w:cs="Times New Roman"/>
          <w:lang w:val="ru-RU"/>
        </w:rPr>
        <w:t>"___" __________ 20</w:t>
      </w:r>
      <w:r w:rsidR="00D010CC">
        <w:rPr>
          <w:rFonts w:ascii="Times New Roman" w:hAnsi="Times New Roman" w:cs="Times New Roman"/>
          <w:lang w:val="ru-RU"/>
        </w:rPr>
        <w:t>26</w:t>
      </w:r>
      <w:r w:rsidRPr="009417B8">
        <w:rPr>
          <w:rFonts w:ascii="Times New Roman" w:hAnsi="Times New Roman" w:cs="Times New Roman"/>
          <w:lang w:val="ru-RU"/>
        </w:rPr>
        <w:t xml:space="preserve"> г.</w:t>
      </w:r>
    </w:p>
    <w:p w14:paraId="02708761" w14:textId="77777777" w:rsidR="00E92296" w:rsidRPr="009417B8" w:rsidRDefault="00E92296" w:rsidP="005F2F5D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14:paraId="320658B9" w14:textId="77777777" w:rsidR="00E92296" w:rsidRPr="009417B8" w:rsidRDefault="009417B8" w:rsidP="005F2F5D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1. Общие положения</w:t>
      </w:r>
    </w:p>
    <w:p w14:paraId="1CADF2BE" w14:textId="7A64969C" w:rsidR="00E92296" w:rsidRPr="009417B8" w:rsidRDefault="009417B8" w:rsidP="005F2F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ru-RU"/>
        </w:rPr>
      </w:pPr>
      <w:r w:rsidRPr="009417B8">
        <w:rPr>
          <w:lang w:val="ru-RU"/>
        </w:rPr>
        <w:t xml:space="preserve">КГП на ПХВ </w:t>
      </w:r>
      <w:r w:rsidRPr="009417B8">
        <w:rPr>
          <w:rFonts w:ascii="Times New Roman" w:hAnsi="Times New Roman"/>
          <w:sz w:val="24"/>
          <w:szCs w:val="24"/>
          <w:lang w:val="ru-RU"/>
        </w:rPr>
        <w:t>«</w:t>
      </w:r>
      <w:r w:rsidRPr="009417B8">
        <w:rPr>
          <w:rFonts w:eastAsia="Arial Unicode MS"/>
          <w:lang w:val="ru-RU"/>
        </w:rPr>
        <w:t>КГП на ПХВ «Атырауская областная станция скорой медицинской помощи</w:t>
      </w:r>
      <w:r>
        <w:rPr>
          <w:rFonts w:ascii="Times New Roman" w:hAnsi="Times New Roman" w:cs="Times New Roman"/>
          <w:lang w:val="ru-RU"/>
        </w:rPr>
        <w:t xml:space="preserve">, </w:t>
      </w:r>
      <w:r w:rsidRPr="009417B8">
        <w:rPr>
          <w:rFonts w:ascii="Times New Roman" w:hAnsi="Times New Roman" w:cs="Times New Roman"/>
          <w:lang w:val="ru-RU"/>
        </w:rPr>
        <w:t xml:space="preserve">в лице </w:t>
      </w:r>
      <w:r>
        <w:rPr>
          <w:rFonts w:ascii="Times New Roman" w:hAnsi="Times New Roman" w:cs="Times New Roman"/>
          <w:lang w:val="ru-RU"/>
        </w:rPr>
        <w:t xml:space="preserve">директора </w:t>
      </w:r>
      <w:proofErr w:type="spellStart"/>
      <w:r>
        <w:rPr>
          <w:rFonts w:ascii="Times New Roman" w:hAnsi="Times New Roman" w:cs="Times New Roman"/>
          <w:lang w:val="ru-RU"/>
        </w:rPr>
        <w:t>А.Орынбасарұлы</w:t>
      </w:r>
      <w:proofErr w:type="spellEnd"/>
      <w:r>
        <w:rPr>
          <w:rFonts w:ascii="Times New Roman" w:hAnsi="Times New Roman" w:cs="Times New Roman"/>
          <w:lang w:val="ru-RU"/>
        </w:rPr>
        <w:t xml:space="preserve">, </w:t>
      </w:r>
      <w:r w:rsidRPr="009417B8">
        <w:rPr>
          <w:rFonts w:ascii="Times New Roman" w:hAnsi="Times New Roman" w:cs="Times New Roman"/>
          <w:lang w:val="ru-RU"/>
        </w:rPr>
        <w:t xml:space="preserve"> действующего на основании </w:t>
      </w:r>
      <w:r>
        <w:rPr>
          <w:rFonts w:ascii="Times New Roman" w:hAnsi="Times New Roman" w:cs="Times New Roman"/>
          <w:lang w:val="ru-RU"/>
        </w:rPr>
        <w:t xml:space="preserve">Устава, </w:t>
      </w:r>
      <w:r w:rsidRPr="009417B8">
        <w:rPr>
          <w:rFonts w:ascii="Times New Roman" w:hAnsi="Times New Roman" w:cs="Times New Roman"/>
          <w:lang w:val="ru-RU"/>
        </w:rPr>
        <w:t xml:space="preserve"> именуемое в дальнейшем "Исполнитель", с одной стороны, и гражданин Республики Казахстан _____________</w:t>
      </w:r>
      <w:r>
        <w:rPr>
          <w:rFonts w:ascii="Times New Roman" w:hAnsi="Times New Roman" w:cs="Times New Roman"/>
          <w:lang w:val="ru-RU"/>
        </w:rPr>
        <w:t>___________________</w:t>
      </w:r>
      <w:r w:rsidR="00FB0CFA">
        <w:rPr>
          <w:rFonts w:ascii="Times New Roman" w:hAnsi="Times New Roman" w:cs="Times New Roman"/>
          <w:lang w:val="ru-RU"/>
        </w:rPr>
        <w:t>__________</w:t>
      </w:r>
      <w:r>
        <w:rPr>
          <w:rFonts w:ascii="Times New Roman" w:hAnsi="Times New Roman" w:cs="Times New Roman"/>
          <w:lang w:val="ru-RU"/>
        </w:rPr>
        <w:t>________________</w:t>
      </w:r>
      <w:r w:rsidRPr="009417B8">
        <w:rPr>
          <w:rFonts w:ascii="Times New Roman" w:hAnsi="Times New Roman" w:cs="Times New Roman"/>
          <w:lang w:val="ru-RU"/>
        </w:rPr>
        <w:t>_____________, удостоверение личности № _</w:t>
      </w:r>
      <w:r>
        <w:rPr>
          <w:rFonts w:ascii="Times New Roman" w:hAnsi="Times New Roman" w:cs="Times New Roman"/>
          <w:lang w:val="ru-RU"/>
        </w:rPr>
        <w:t>________</w:t>
      </w:r>
      <w:r w:rsidRPr="009417B8">
        <w:rPr>
          <w:rFonts w:ascii="Times New Roman" w:hAnsi="Times New Roman" w:cs="Times New Roman"/>
          <w:lang w:val="ru-RU"/>
        </w:rPr>
        <w:t>__________, выданное "</w:t>
      </w:r>
      <w:r w:rsidR="005F2F5D">
        <w:rPr>
          <w:rFonts w:ascii="Times New Roman" w:hAnsi="Times New Roman" w:cs="Times New Roman"/>
          <w:lang w:val="ru-RU"/>
        </w:rPr>
        <w:t>_</w:t>
      </w:r>
      <w:r>
        <w:rPr>
          <w:rFonts w:ascii="Times New Roman" w:hAnsi="Times New Roman" w:cs="Times New Roman"/>
          <w:lang w:val="ru-RU"/>
        </w:rPr>
        <w:t>__</w:t>
      </w:r>
      <w:r w:rsidRPr="009417B8">
        <w:rPr>
          <w:rFonts w:ascii="Times New Roman" w:hAnsi="Times New Roman" w:cs="Times New Roman"/>
          <w:lang w:val="ru-RU"/>
        </w:rPr>
        <w:t>_" _________ 20__</w:t>
      </w:r>
      <w:r w:rsidR="00FB0CFA">
        <w:rPr>
          <w:rFonts w:ascii="Times New Roman" w:hAnsi="Times New Roman" w:cs="Times New Roman"/>
          <w:lang w:val="ru-RU"/>
        </w:rPr>
        <w:t>_</w:t>
      </w:r>
      <w:r w:rsidRPr="009417B8">
        <w:rPr>
          <w:rFonts w:ascii="Times New Roman" w:hAnsi="Times New Roman" w:cs="Times New Roman"/>
          <w:lang w:val="ru-RU"/>
        </w:rPr>
        <w:t>г., проживающий по адресу _____________</w:t>
      </w:r>
      <w:r>
        <w:rPr>
          <w:rFonts w:ascii="Times New Roman" w:hAnsi="Times New Roman" w:cs="Times New Roman"/>
          <w:lang w:val="ru-RU"/>
        </w:rPr>
        <w:t>_______________________</w:t>
      </w:r>
      <w:r w:rsidRPr="009417B8">
        <w:rPr>
          <w:rFonts w:ascii="Times New Roman" w:hAnsi="Times New Roman" w:cs="Times New Roman"/>
          <w:lang w:val="ru-RU"/>
        </w:rPr>
        <w:t>___________________, именуемый в дальнейшем "Заказчик", с другой стороны, совместно именуемые "Стороны", заключили настоящий договор о нижеследующем.</w:t>
      </w:r>
    </w:p>
    <w:p w14:paraId="17BF714C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2. Предмет договора</w:t>
      </w:r>
    </w:p>
    <w:p w14:paraId="266A3F70" w14:textId="7B7AF29D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2.1. Исполнитель обязуется оказать Заказчику следующие услуги: ___________________________________________</w:t>
      </w:r>
      <w:r>
        <w:rPr>
          <w:rFonts w:ascii="Times New Roman" w:hAnsi="Times New Roman" w:cs="Times New Roman"/>
          <w:lang w:val="ru-RU"/>
        </w:rPr>
        <w:t>_________________________</w:t>
      </w:r>
      <w:r w:rsidRPr="009417B8">
        <w:rPr>
          <w:rFonts w:ascii="Times New Roman" w:hAnsi="Times New Roman" w:cs="Times New Roman"/>
          <w:lang w:val="ru-RU"/>
        </w:rPr>
        <w:t>_____.</w:t>
      </w:r>
    </w:p>
    <w:p w14:paraId="55106276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2.2. Заказчик обязуется принять и оплатить услуги Исполнителя в порядке и сроки, предусмотренные настоящим договором.</w:t>
      </w:r>
    </w:p>
    <w:p w14:paraId="7C617A09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3. Права и обязанности сторон</w:t>
      </w:r>
    </w:p>
    <w:p w14:paraId="4293B06B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Исполнитель обязуется:</w:t>
      </w:r>
    </w:p>
    <w:p w14:paraId="36E3CA2B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- Оказать услуги качественно, в полном объеме и в установленные сроки.</w:t>
      </w:r>
    </w:p>
    <w:p w14:paraId="5BCFB088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- Предоставлять Заказчику необходимую информацию о ходе выполнения услуг.</w:t>
      </w:r>
    </w:p>
    <w:p w14:paraId="2144D20B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Исполнитель вправе:</w:t>
      </w:r>
    </w:p>
    <w:p w14:paraId="683AA737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- Требовать своевременной оплаты услуг.</w:t>
      </w:r>
    </w:p>
    <w:p w14:paraId="2D2DE42A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- Приостанавливать оказание услуг при нарушении условий оплаты.</w:t>
      </w:r>
    </w:p>
    <w:p w14:paraId="3CAB9F1A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Заказчик обязуется:</w:t>
      </w:r>
    </w:p>
    <w:p w14:paraId="1F0383EF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- Своевременно предоставлять Исполнителю всю необходимую информацию.</w:t>
      </w:r>
    </w:p>
    <w:p w14:paraId="64E93958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- Оплатить услуги в размере и сроках, установленных договором.</w:t>
      </w:r>
    </w:p>
    <w:p w14:paraId="45C1B37D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Заказчик вправе:</w:t>
      </w:r>
    </w:p>
    <w:p w14:paraId="330F8D6A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- Получать информацию о ходе оказания услуг.</w:t>
      </w:r>
    </w:p>
    <w:p w14:paraId="76B0EE86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- Требовать надлежащего качества услуг.</w:t>
      </w:r>
    </w:p>
    <w:p w14:paraId="434740C7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4. Стоимость услуг и порядок расчетов</w:t>
      </w:r>
    </w:p>
    <w:p w14:paraId="1F8CEBD6" w14:textId="288CD1DD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4.1. Стоимость услуг составляет __</w:t>
      </w:r>
      <w:r>
        <w:rPr>
          <w:rFonts w:ascii="Times New Roman" w:hAnsi="Times New Roman" w:cs="Times New Roman"/>
          <w:lang w:val="ru-RU"/>
        </w:rPr>
        <w:t>________________________</w:t>
      </w:r>
      <w:r w:rsidRPr="009417B8">
        <w:rPr>
          <w:rFonts w:ascii="Times New Roman" w:hAnsi="Times New Roman" w:cs="Times New Roman"/>
          <w:lang w:val="ru-RU"/>
        </w:rPr>
        <w:t>________________ тенге.</w:t>
      </w:r>
    </w:p>
    <w:p w14:paraId="7C40268A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4.2. Оплата производится путем перечисления на расчетный счет Исполнителя.</w:t>
      </w:r>
    </w:p>
    <w:p w14:paraId="44136602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4.3. Оплата считается произведенной с момента поступления денежных средств.</w:t>
      </w:r>
    </w:p>
    <w:p w14:paraId="402246DA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5. Сроки оказания услуг</w:t>
      </w:r>
    </w:p>
    <w:p w14:paraId="7E04E6BE" w14:textId="2A2A71A2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Срок оказания услуг: с "__</w:t>
      </w:r>
      <w:r>
        <w:rPr>
          <w:rFonts w:ascii="Times New Roman" w:hAnsi="Times New Roman" w:cs="Times New Roman"/>
          <w:lang w:val="ru-RU"/>
        </w:rPr>
        <w:t>___</w:t>
      </w:r>
      <w:r w:rsidRPr="009417B8">
        <w:rPr>
          <w:rFonts w:ascii="Times New Roman" w:hAnsi="Times New Roman" w:cs="Times New Roman"/>
          <w:lang w:val="ru-RU"/>
        </w:rPr>
        <w:t>_" __</w:t>
      </w:r>
      <w:r>
        <w:rPr>
          <w:rFonts w:ascii="Times New Roman" w:hAnsi="Times New Roman" w:cs="Times New Roman"/>
          <w:lang w:val="ru-RU"/>
        </w:rPr>
        <w:t>____</w:t>
      </w:r>
      <w:r w:rsidRPr="009417B8">
        <w:rPr>
          <w:rFonts w:ascii="Times New Roman" w:hAnsi="Times New Roman" w:cs="Times New Roman"/>
          <w:lang w:val="ru-RU"/>
        </w:rPr>
        <w:t>_______ 20__ г. по "</w:t>
      </w:r>
      <w:r>
        <w:rPr>
          <w:rFonts w:ascii="Times New Roman" w:hAnsi="Times New Roman" w:cs="Times New Roman"/>
          <w:lang w:val="ru-RU"/>
        </w:rPr>
        <w:t>___</w:t>
      </w:r>
      <w:r w:rsidRPr="009417B8">
        <w:rPr>
          <w:rFonts w:ascii="Times New Roman" w:hAnsi="Times New Roman" w:cs="Times New Roman"/>
          <w:lang w:val="ru-RU"/>
        </w:rPr>
        <w:t>___" __</w:t>
      </w:r>
      <w:r>
        <w:rPr>
          <w:rFonts w:ascii="Times New Roman" w:hAnsi="Times New Roman" w:cs="Times New Roman"/>
          <w:lang w:val="ru-RU"/>
        </w:rPr>
        <w:t>____</w:t>
      </w:r>
      <w:r w:rsidRPr="009417B8">
        <w:rPr>
          <w:rFonts w:ascii="Times New Roman" w:hAnsi="Times New Roman" w:cs="Times New Roman"/>
          <w:lang w:val="ru-RU"/>
        </w:rPr>
        <w:t>_______ 20__ г.</w:t>
      </w:r>
    </w:p>
    <w:p w14:paraId="4AC02E05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6. Ответственность сторон</w:t>
      </w:r>
    </w:p>
    <w:p w14:paraId="49B26143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6.1. Стороны несут ответственность согласно законодательству РК.</w:t>
      </w:r>
    </w:p>
    <w:p w14:paraId="5B4A334F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6.2. Исполнитель не несет ответственности за задержку вследствие непредоставления информации Заказчиком.</w:t>
      </w:r>
    </w:p>
    <w:p w14:paraId="2369A989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7. Расторжение договора</w:t>
      </w:r>
    </w:p>
    <w:p w14:paraId="2799A292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Договор может быть расторгнут по соглашению сторон или в одностороннем порядке при оплате фактически оказанных услуг.</w:t>
      </w:r>
    </w:p>
    <w:p w14:paraId="7D49B3F2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8. Форс-мажор</w:t>
      </w:r>
    </w:p>
    <w:p w14:paraId="0F894B1F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 xml:space="preserve">Стороны освобождаются от ответственности </w:t>
      </w:r>
      <w:proofErr w:type="gramStart"/>
      <w:r w:rsidRPr="009417B8">
        <w:rPr>
          <w:rFonts w:ascii="Times New Roman" w:hAnsi="Times New Roman" w:cs="Times New Roman"/>
          <w:lang w:val="ru-RU"/>
        </w:rPr>
        <w:t>при форс</w:t>
      </w:r>
      <w:proofErr w:type="gramEnd"/>
      <w:r w:rsidRPr="009417B8">
        <w:rPr>
          <w:rFonts w:ascii="Times New Roman" w:hAnsi="Times New Roman" w:cs="Times New Roman"/>
          <w:lang w:val="ru-RU"/>
        </w:rPr>
        <w:t>‑мажорных обстоятельствах.</w:t>
      </w:r>
    </w:p>
    <w:p w14:paraId="067A8D4E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9. Прочие условия</w:t>
      </w:r>
    </w:p>
    <w:p w14:paraId="268B8D14" w14:textId="77777777" w:rsidR="00E92296" w:rsidRPr="009417B8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Споры решаются путем переговоров, а при недостижении соглашения — в судебном порядке.</w:t>
      </w:r>
    </w:p>
    <w:p w14:paraId="45A55F26" w14:textId="5C2A4211" w:rsidR="00E92296" w:rsidRDefault="009417B8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10. Реквизиты и подписи сторон</w:t>
      </w:r>
    </w:p>
    <w:p w14:paraId="5C357A03" w14:textId="77777777" w:rsidR="00BC3FCD" w:rsidRPr="009417B8" w:rsidRDefault="00BC3FCD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72411E3B" w14:textId="3AFC1FF2" w:rsidR="00BC3FCD" w:rsidRPr="009417B8" w:rsidRDefault="009417B8" w:rsidP="00BC3FC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>Исполнитель:</w:t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 w:rsidRPr="009417B8">
        <w:rPr>
          <w:rFonts w:ascii="Times New Roman" w:hAnsi="Times New Roman" w:cs="Times New Roman"/>
          <w:lang w:val="ru-RU"/>
        </w:rPr>
        <w:t>Заказчик:</w:t>
      </w:r>
    </w:p>
    <w:p w14:paraId="1DA4276F" w14:textId="77777777" w:rsidR="00BC3FCD" w:rsidRPr="009417B8" w:rsidRDefault="005F2F5D" w:rsidP="00BC3FC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КГП на ПХВ Атырауская ССМП</w:t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 w:rsidRPr="009417B8">
        <w:rPr>
          <w:rFonts w:ascii="Times New Roman" w:hAnsi="Times New Roman" w:cs="Times New Roman"/>
          <w:lang w:val="ru-RU"/>
        </w:rPr>
        <w:t>ФИО: ___</w:t>
      </w:r>
      <w:r w:rsidR="00BC3FCD">
        <w:rPr>
          <w:rFonts w:ascii="Times New Roman" w:hAnsi="Times New Roman" w:cs="Times New Roman"/>
          <w:lang w:val="ru-RU"/>
        </w:rPr>
        <w:t>___</w:t>
      </w:r>
      <w:r w:rsidR="00BC3FCD" w:rsidRPr="009417B8">
        <w:rPr>
          <w:rFonts w:ascii="Times New Roman" w:hAnsi="Times New Roman" w:cs="Times New Roman"/>
          <w:lang w:val="ru-RU"/>
        </w:rPr>
        <w:t>___________________</w:t>
      </w:r>
    </w:p>
    <w:p w14:paraId="74AAC059" w14:textId="77777777" w:rsidR="00BC3FCD" w:rsidRPr="009417B8" w:rsidRDefault="009417B8" w:rsidP="00BC3FC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 xml:space="preserve">БИН: </w:t>
      </w:r>
      <w:r w:rsidR="005F2F5D">
        <w:rPr>
          <w:rFonts w:ascii="Times New Roman" w:hAnsi="Times New Roman" w:cs="Times New Roman"/>
          <w:lang w:val="ru-RU"/>
        </w:rPr>
        <w:t>990240002522</w:t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 w:rsidRPr="009417B8">
        <w:rPr>
          <w:rFonts w:ascii="Times New Roman" w:hAnsi="Times New Roman" w:cs="Times New Roman"/>
          <w:lang w:val="ru-RU"/>
        </w:rPr>
        <w:t>Удостоверение личности № _____________</w:t>
      </w:r>
    </w:p>
    <w:p w14:paraId="43C2E427" w14:textId="77777777" w:rsidR="00BC3FCD" w:rsidRPr="009417B8" w:rsidRDefault="009417B8" w:rsidP="00BC3FC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 xml:space="preserve">Адрес: </w:t>
      </w:r>
      <w:proofErr w:type="spellStart"/>
      <w:r w:rsidR="005F2F5D">
        <w:rPr>
          <w:rFonts w:ascii="Times New Roman" w:hAnsi="Times New Roman" w:cs="Times New Roman"/>
          <w:lang w:val="ru-RU"/>
        </w:rPr>
        <w:t>г.Атырау</w:t>
      </w:r>
      <w:proofErr w:type="spellEnd"/>
      <w:r w:rsidR="005F2F5D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="005F2F5D">
        <w:rPr>
          <w:rFonts w:ascii="Times New Roman" w:hAnsi="Times New Roman" w:cs="Times New Roman"/>
          <w:lang w:val="ru-RU"/>
        </w:rPr>
        <w:t>К.Смагулова</w:t>
      </w:r>
      <w:proofErr w:type="spellEnd"/>
      <w:r w:rsidR="005F2F5D">
        <w:rPr>
          <w:rFonts w:ascii="Times New Roman" w:hAnsi="Times New Roman" w:cs="Times New Roman"/>
          <w:lang w:val="ru-RU"/>
        </w:rPr>
        <w:t xml:space="preserve"> 14а</w:t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 w:rsidRPr="009417B8">
        <w:rPr>
          <w:rFonts w:ascii="Times New Roman" w:hAnsi="Times New Roman" w:cs="Times New Roman"/>
          <w:lang w:val="ru-RU"/>
        </w:rPr>
        <w:t>Адрес проживания: ____________________</w:t>
      </w:r>
    </w:p>
    <w:p w14:paraId="34AEE739" w14:textId="77777777" w:rsidR="00BC3FCD" w:rsidRPr="00BC3FCD" w:rsidRDefault="009417B8" w:rsidP="00BC3FC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 xml:space="preserve">Тел.: </w:t>
      </w:r>
      <w:r w:rsidR="005F2F5D">
        <w:rPr>
          <w:rFonts w:ascii="Times New Roman" w:hAnsi="Times New Roman" w:cs="Times New Roman"/>
          <w:lang w:val="ru-RU"/>
        </w:rPr>
        <w:t>87122501748,309337</w:t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 w:rsidRPr="00BC3FCD">
        <w:rPr>
          <w:rFonts w:ascii="Times New Roman" w:hAnsi="Times New Roman" w:cs="Times New Roman"/>
          <w:lang w:val="ru-RU"/>
        </w:rPr>
        <w:t>Тел.: ______________________</w:t>
      </w:r>
    </w:p>
    <w:p w14:paraId="338FB1E6" w14:textId="34E957A4" w:rsidR="00E92296" w:rsidRPr="009417B8" w:rsidRDefault="00E92296" w:rsidP="005F2F5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14A44BC0" w14:textId="77777777" w:rsidR="00FB0CFA" w:rsidRDefault="00FB0CFA" w:rsidP="00BC3FC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Директор</w:t>
      </w:r>
    </w:p>
    <w:p w14:paraId="67184F88" w14:textId="5D37F100" w:rsidR="00BC3FCD" w:rsidRPr="00BC3FCD" w:rsidRDefault="009417B8" w:rsidP="00BC3FC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 w:rsidRPr="009417B8">
        <w:rPr>
          <w:rFonts w:ascii="Times New Roman" w:hAnsi="Times New Roman" w:cs="Times New Roman"/>
          <w:lang w:val="ru-RU"/>
        </w:rPr>
        <w:t xml:space="preserve"> ____________________</w:t>
      </w:r>
      <w:proofErr w:type="spellStart"/>
      <w:r w:rsidR="00FB0CFA">
        <w:rPr>
          <w:rFonts w:ascii="Times New Roman" w:hAnsi="Times New Roman" w:cs="Times New Roman"/>
          <w:lang w:val="ru-RU"/>
        </w:rPr>
        <w:t>А.Орынбасар</w:t>
      </w:r>
      <w:proofErr w:type="spellEnd"/>
      <w:r w:rsidR="00FB0CFA">
        <w:rPr>
          <w:rFonts w:ascii="Times New Roman" w:hAnsi="Times New Roman" w:cs="Times New Roman"/>
          <w:lang w:val="kk-KZ"/>
        </w:rPr>
        <w:t>ұлы</w:t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>
        <w:rPr>
          <w:rFonts w:ascii="Times New Roman" w:hAnsi="Times New Roman" w:cs="Times New Roman"/>
          <w:lang w:val="ru-RU"/>
        </w:rPr>
        <w:tab/>
      </w:r>
      <w:r w:rsidR="00BC3FCD" w:rsidRPr="00BC3FCD">
        <w:rPr>
          <w:rFonts w:ascii="Times New Roman" w:hAnsi="Times New Roman" w:cs="Times New Roman"/>
          <w:lang w:val="ru-RU"/>
        </w:rPr>
        <w:t>Подпись: ____________________</w:t>
      </w:r>
    </w:p>
    <w:p w14:paraId="2AB008D9" w14:textId="77777777" w:rsidR="00BC3FCD" w:rsidRPr="00BC3FCD" w:rsidRDefault="00BC3FCD" w:rsidP="00BC3FCD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</w:p>
    <w:p w14:paraId="7BAF9E74" w14:textId="77777777" w:rsidR="008A2AEC" w:rsidRDefault="008A2AEC" w:rsidP="00BC3FCD">
      <w:pPr>
        <w:spacing w:after="0"/>
        <w:jc w:val="center"/>
        <w:rPr>
          <w:rStyle w:val="af6"/>
          <w:lang w:val="ru-RU"/>
        </w:rPr>
      </w:pPr>
    </w:p>
    <w:p w14:paraId="1C10C28C" w14:textId="77777777" w:rsidR="008A2AEC" w:rsidRDefault="008A2AEC" w:rsidP="00BC3FCD">
      <w:pPr>
        <w:spacing w:after="0"/>
        <w:jc w:val="center"/>
        <w:rPr>
          <w:rStyle w:val="af6"/>
          <w:lang w:val="ru-RU"/>
        </w:rPr>
      </w:pPr>
    </w:p>
    <w:p w14:paraId="6687846F" w14:textId="5C1E8D27" w:rsidR="00BC3FCD" w:rsidRPr="008A2AEC" w:rsidRDefault="006D45D1" w:rsidP="006D45D1">
      <w:pPr>
        <w:tabs>
          <w:tab w:val="left" w:pos="732"/>
          <w:tab w:val="center" w:pos="5244"/>
        </w:tabs>
        <w:spacing w:after="0"/>
        <w:rPr>
          <w:rFonts w:ascii="Times New Roman" w:hAnsi="Times New Roman" w:cs="Times New Roman"/>
          <w:lang w:val="ru-RU"/>
        </w:rPr>
      </w:pPr>
      <w:r>
        <w:rPr>
          <w:rStyle w:val="af6"/>
          <w:lang w:val="ru-RU"/>
        </w:rPr>
        <w:tab/>
      </w:r>
      <w:r>
        <w:rPr>
          <w:rFonts w:ascii="Times New Roman" w:hAnsi="Times New Roman" w:cs="Times New Roman"/>
          <w:lang w:val="kk-KZ"/>
        </w:rPr>
        <w:t>Карта №</w:t>
      </w:r>
      <w:r w:rsidR="009B4A18">
        <w:rPr>
          <w:rFonts w:ascii="Times New Roman" w:hAnsi="Times New Roman" w:cs="Times New Roman"/>
          <w:lang w:val="ru-RU"/>
        </w:rPr>
        <w:t>______</w:t>
      </w:r>
      <w:r>
        <w:rPr>
          <w:rStyle w:val="af6"/>
          <w:lang w:val="ru-RU"/>
        </w:rPr>
        <w:tab/>
      </w:r>
      <w:r w:rsidR="00BC3FCD" w:rsidRPr="00BC3FCD">
        <w:rPr>
          <w:rStyle w:val="af6"/>
          <w:lang w:val="ru-RU"/>
        </w:rPr>
        <w:t>АҚЫЛЫ ҚЫЗМЕТ КӨРСЕТУ ТУРАЛЫ ШАРТ №</w:t>
      </w:r>
      <w:r w:rsidR="00BC3FCD" w:rsidRPr="00BC3FCD">
        <w:rPr>
          <w:lang w:val="ru-RU"/>
        </w:rPr>
        <w:br/>
      </w:r>
      <w:r w:rsidR="00BC3FCD" w:rsidRPr="00BC3FCD">
        <w:rPr>
          <w:rFonts w:ascii="Times New Roman" w:hAnsi="Times New Roman" w:cs="Times New Roman"/>
          <w:lang w:val="ru-RU"/>
        </w:rPr>
        <w:t xml:space="preserve">Атырау қ. </w:t>
      </w:r>
      <w:r w:rsidR="00BC3FCD">
        <w:rPr>
          <w:rFonts w:ascii="Times New Roman" w:hAnsi="Times New Roman" w:cs="Times New Roman"/>
          <w:lang w:val="ru-RU"/>
        </w:rPr>
        <w:t xml:space="preserve">                                                                                                                  </w:t>
      </w:r>
      <w:r w:rsidR="00BC3FCD" w:rsidRPr="008A2AEC">
        <w:rPr>
          <w:rFonts w:ascii="Times New Roman" w:hAnsi="Times New Roman" w:cs="Times New Roman"/>
          <w:lang w:val="ru-RU"/>
        </w:rPr>
        <w:t>«</w:t>
      </w:r>
      <w:r w:rsidR="00BC3FCD">
        <w:rPr>
          <w:rFonts w:ascii="Times New Roman" w:hAnsi="Times New Roman" w:cs="Times New Roman"/>
          <w:lang w:val="ru-RU"/>
        </w:rPr>
        <w:t>___</w:t>
      </w:r>
      <w:r w:rsidR="00BC3FCD" w:rsidRPr="008A2AEC">
        <w:rPr>
          <w:rFonts w:ascii="Times New Roman" w:hAnsi="Times New Roman" w:cs="Times New Roman"/>
          <w:lang w:val="ru-RU"/>
        </w:rPr>
        <w:t>_</w:t>
      </w:r>
      <w:r w:rsidR="00BC3FCD" w:rsidRPr="008A2AEC">
        <w:rPr>
          <w:rStyle w:val="af6"/>
          <w:rFonts w:ascii="Times New Roman" w:hAnsi="Times New Roman" w:cs="Times New Roman"/>
          <w:lang w:val="ru-RU"/>
        </w:rPr>
        <w:t>» __________ 20</w:t>
      </w:r>
      <w:r w:rsidR="00D010CC">
        <w:rPr>
          <w:rStyle w:val="af6"/>
          <w:rFonts w:ascii="Times New Roman" w:hAnsi="Times New Roman" w:cs="Times New Roman"/>
          <w:lang w:val="ru-RU"/>
        </w:rPr>
        <w:t>26</w:t>
      </w:r>
      <w:r w:rsidR="00BC3FCD" w:rsidRPr="008A2AEC">
        <w:rPr>
          <w:rFonts w:ascii="Times New Roman" w:hAnsi="Times New Roman" w:cs="Times New Roman"/>
          <w:lang w:val="ru-RU"/>
        </w:rPr>
        <w:t xml:space="preserve"> ж.</w:t>
      </w:r>
    </w:p>
    <w:p w14:paraId="77F08717" w14:textId="77777777" w:rsidR="00BC3FCD" w:rsidRPr="00BC3FCD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r w:rsidRPr="00BC3FCD">
        <w:rPr>
          <w:rFonts w:ascii="Times New Roman" w:hAnsi="Times New Roman" w:cs="Times New Roman"/>
          <w:lang w:val="ru-KZ"/>
        </w:rPr>
        <w:t xml:space="preserve">1. </w:t>
      </w:r>
      <w:proofErr w:type="spellStart"/>
      <w:r w:rsidRPr="00BC3FCD">
        <w:rPr>
          <w:rFonts w:ascii="Times New Roman" w:hAnsi="Times New Roman" w:cs="Times New Roman"/>
          <w:lang w:val="ru-KZ"/>
        </w:rPr>
        <w:t>Жалпы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ережелер</w:t>
      </w:r>
      <w:proofErr w:type="spellEnd"/>
    </w:p>
    <w:p w14:paraId="617B655B" w14:textId="79C986E8" w:rsidR="00BC3FCD" w:rsidRPr="00FB0CFA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r w:rsidRPr="00FB0CFA">
        <w:rPr>
          <w:rFonts w:ascii="Times New Roman" w:hAnsi="Times New Roman" w:cs="Times New Roman"/>
          <w:lang w:val="ru-KZ"/>
        </w:rPr>
        <w:t xml:space="preserve">«Атырау </w:t>
      </w:r>
      <w:proofErr w:type="spellStart"/>
      <w:r w:rsidRPr="00FB0CFA">
        <w:rPr>
          <w:rFonts w:ascii="Times New Roman" w:hAnsi="Times New Roman" w:cs="Times New Roman"/>
          <w:lang w:val="ru-KZ"/>
        </w:rPr>
        <w:t>облыстық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жедел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медициналық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жәрдем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станциясы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» ШЖҚ КМК, </w:t>
      </w:r>
      <w:proofErr w:type="spellStart"/>
      <w:r w:rsidRPr="00FB0CFA">
        <w:rPr>
          <w:rFonts w:ascii="Times New Roman" w:hAnsi="Times New Roman" w:cs="Times New Roman"/>
          <w:lang w:val="ru-KZ"/>
        </w:rPr>
        <w:t>Жарғы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негізінде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әрекет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ететін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директор </w:t>
      </w:r>
      <w:proofErr w:type="spellStart"/>
      <w:r w:rsidRPr="00FB0CFA">
        <w:rPr>
          <w:rFonts w:ascii="Times New Roman" w:hAnsi="Times New Roman" w:cs="Times New Roman"/>
          <w:lang w:val="ru-KZ"/>
        </w:rPr>
        <w:t>А.Орынбасарұлы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атынан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, </w:t>
      </w:r>
      <w:proofErr w:type="spellStart"/>
      <w:r w:rsidRPr="00FB0CFA">
        <w:rPr>
          <w:rFonts w:ascii="Times New Roman" w:hAnsi="Times New Roman" w:cs="Times New Roman"/>
          <w:lang w:val="ru-KZ"/>
        </w:rPr>
        <w:t>бұдан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әрі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«</w:t>
      </w:r>
      <w:proofErr w:type="spellStart"/>
      <w:r w:rsidRPr="00FB0CFA">
        <w:rPr>
          <w:rFonts w:ascii="Times New Roman" w:hAnsi="Times New Roman" w:cs="Times New Roman"/>
          <w:lang w:val="ru-KZ"/>
        </w:rPr>
        <w:t>Орындаушы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» </w:t>
      </w:r>
      <w:proofErr w:type="spellStart"/>
      <w:r w:rsidRPr="00FB0CFA">
        <w:rPr>
          <w:rFonts w:ascii="Times New Roman" w:hAnsi="Times New Roman" w:cs="Times New Roman"/>
          <w:lang w:val="ru-KZ"/>
        </w:rPr>
        <w:t>деп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аталатын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бір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тараптан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, </w:t>
      </w:r>
      <w:proofErr w:type="spellStart"/>
      <w:r w:rsidRPr="00FB0CFA">
        <w:rPr>
          <w:rFonts w:ascii="Times New Roman" w:hAnsi="Times New Roman" w:cs="Times New Roman"/>
          <w:lang w:val="ru-KZ"/>
        </w:rPr>
        <w:t>және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Қазақстан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Республикасының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азаматы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____</w:t>
      </w:r>
      <w:r w:rsidR="00FB0CFA" w:rsidRPr="00FB0CFA">
        <w:rPr>
          <w:rFonts w:ascii="Times New Roman" w:hAnsi="Times New Roman" w:cs="Times New Roman"/>
          <w:lang w:val="ru-KZ"/>
        </w:rPr>
        <w:t>_________</w:t>
      </w:r>
      <w:r w:rsidRPr="00FB0CFA">
        <w:rPr>
          <w:rFonts w:ascii="Times New Roman" w:hAnsi="Times New Roman" w:cs="Times New Roman"/>
          <w:lang w:val="ru-KZ"/>
        </w:rPr>
        <w:t xml:space="preserve">_________________________________________, </w:t>
      </w:r>
      <w:proofErr w:type="spellStart"/>
      <w:r w:rsidRPr="00FB0CFA">
        <w:rPr>
          <w:rFonts w:ascii="Times New Roman" w:hAnsi="Times New Roman" w:cs="Times New Roman"/>
          <w:lang w:val="ru-KZ"/>
        </w:rPr>
        <w:t>жеке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куәлік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№ _____________</w:t>
      </w:r>
      <w:r w:rsidRPr="00FB0CFA">
        <w:rPr>
          <w:rStyle w:val="af6"/>
          <w:rFonts w:ascii="Times New Roman" w:hAnsi="Times New Roman" w:cs="Times New Roman"/>
          <w:lang w:val="ru-KZ"/>
        </w:rPr>
        <w:t>, «» _________ 20</w:t>
      </w:r>
      <w:r w:rsidRPr="00FB0CFA">
        <w:rPr>
          <w:rFonts w:ascii="Times New Roman" w:hAnsi="Times New Roman" w:cs="Times New Roman"/>
          <w:lang w:val="ru-KZ"/>
        </w:rPr>
        <w:t xml:space="preserve"> </w:t>
      </w:r>
      <w:r w:rsidR="00FB0CFA" w:rsidRPr="00FB0CFA">
        <w:rPr>
          <w:rFonts w:ascii="Times New Roman" w:hAnsi="Times New Roman" w:cs="Times New Roman"/>
          <w:lang w:val="ru-KZ"/>
        </w:rPr>
        <w:t>__</w:t>
      </w:r>
      <w:r w:rsidRPr="00FB0CFA">
        <w:rPr>
          <w:rFonts w:ascii="Times New Roman" w:hAnsi="Times New Roman" w:cs="Times New Roman"/>
          <w:lang w:val="ru-KZ"/>
        </w:rPr>
        <w:t xml:space="preserve">ж. </w:t>
      </w:r>
      <w:proofErr w:type="spellStart"/>
      <w:r w:rsidRPr="00FB0CFA">
        <w:rPr>
          <w:rFonts w:ascii="Times New Roman" w:hAnsi="Times New Roman" w:cs="Times New Roman"/>
          <w:lang w:val="ru-KZ"/>
        </w:rPr>
        <w:t>берілген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, </w:t>
      </w:r>
      <w:proofErr w:type="spellStart"/>
      <w:r w:rsidRPr="00FB0CFA">
        <w:rPr>
          <w:rFonts w:ascii="Times New Roman" w:hAnsi="Times New Roman" w:cs="Times New Roman"/>
          <w:lang w:val="ru-KZ"/>
        </w:rPr>
        <w:t>мекенжайы</w:t>
      </w:r>
      <w:proofErr w:type="spellEnd"/>
      <w:r w:rsidRPr="00FB0CFA">
        <w:rPr>
          <w:rFonts w:ascii="Times New Roman" w:hAnsi="Times New Roman" w:cs="Times New Roman"/>
          <w:lang w:val="ru-KZ"/>
        </w:rPr>
        <w:t>:</w:t>
      </w:r>
      <w:r w:rsidR="00FB0CFA" w:rsidRPr="00FB0CFA">
        <w:rPr>
          <w:rFonts w:ascii="Times New Roman" w:hAnsi="Times New Roman" w:cs="Times New Roman"/>
          <w:lang w:val="ru-KZ"/>
        </w:rPr>
        <w:t xml:space="preserve"> </w:t>
      </w:r>
      <w:r w:rsidRPr="00FB0CFA">
        <w:rPr>
          <w:rFonts w:ascii="Times New Roman" w:hAnsi="Times New Roman" w:cs="Times New Roman"/>
          <w:lang w:val="ru-KZ"/>
        </w:rPr>
        <w:t xml:space="preserve">_____________________________________________________, </w:t>
      </w:r>
      <w:proofErr w:type="spellStart"/>
      <w:r w:rsidRPr="00FB0CFA">
        <w:rPr>
          <w:rFonts w:ascii="Times New Roman" w:hAnsi="Times New Roman" w:cs="Times New Roman"/>
          <w:lang w:val="ru-KZ"/>
        </w:rPr>
        <w:t>бұдан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әрі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«</w:t>
      </w:r>
      <w:proofErr w:type="spellStart"/>
      <w:r w:rsidRPr="00FB0CFA">
        <w:rPr>
          <w:rFonts w:ascii="Times New Roman" w:hAnsi="Times New Roman" w:cs="Times New Roman"/>
          <w:lang w:val="ru-KZ"/>
        </w:rPr>
        <w:t>Тапсырыс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беруші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» </w:t>
      </w:r>
      <w:proofErr w:type="spellStart"/>
      <w:r w:rsidRPr="00FB0CFA">
        <w:rPr>
          <w:rFonts w:ascii="Times New Roman" w:hAnsi="Times New Roman" w:cs="Times New Roman"/>
          <w:lang w:val="ru-KZ"/>
        </w:rPr>
        <w:t>деп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аталатын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екінші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тараптан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, </w:t>
      </w:r>
      <w:proofErr w:type="spellStart"/>
      <w:r w:rsidRPr="00FB0CFA">
        <w:rPr>
          <w:rFonts w:ascii="Times New Roman" w:hAnsi="Times New Roman" w:cs="Times New Roman"/>
          <w:lang w:val="ru-KZ"/>
        </w:rPr>
        <w:t>бірге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«</w:t>
      </w:r>
      <w:proofErr w:type="spellStart"/>
      <w:r w:rsidRPr="00FB0CFA">
        <w:rPr>
          <w:rFonts w:ascii="Times New Roman" w:hAnsi="Times New Roman" w:cs="Times New Roman"/>
          <w:lang w:val="ru-KZ"/>
        </w:rPr>
        <w:t>Тараптар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» </w:t>
      </w:r>
      <w:proofErr w:type="spellStart"/>
      <w:r w:rsidRPr="00FB0CFA">
        <w:rPr>
          <w:rFonts w:ascii="Times New Roman" w:hAnsi="Times New Roman" w:cs="Times New Roman"/>
          <w:lang w:val="ru-KZ"/>
        </w:rPr>
        <w:t>деп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аталып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, осы </w:t>
      </w:r>
      <w:proofErr w:type="spellStart"/>
      <w:r w:rsidRPr="00FB0CFA">
        <w:rPr>
          <w:rFonts w:ascii="Times New Roman" w:hAnsi="Times New Roman" w:cs="Times New Roman"/>
          <w:lang w:val="ru-KZ"/>
        </w:rPr>
        <w:t>шартты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төмендегілер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туралы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жасасты</w:t>
      </w:r>
      <w:proofErr w:type="spellEnd"/>
      <w:r w:rsidRPr="00FB0CFA">
        <w:rPr>
          <w:rFonts w:ascii="Times New Roman" w:hAnsi="Times New Roman" w:cs="Times New Roman"/>
          <w:lang w:val="ru-KZ"/>
        </w:rPr>
        <w:t>.</w:t>
      </w:r>
    </w:p>
    <w:p w14:paraId="55EC3264" w14:textId="77777777" w:rsidR="00BC3FCD" w:rsidRPr="00BC3FCD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r w:rsidRPr="00BC3FCD">
        <w:rPr>
          <w:rFonts w:ascii="Times New Roman" w:hAnsi="Times New Roman" w:cs="Times New Roman"/>
          <w:lang w:val="ru-KZ"/>
        </w:rPr>
        <w:t xml:space="preserve">2. </w:t>
      </w:r>
      <w:proofErr w:type="spellStart"/>
      <w:r w:rsidRPr="00BC3FCD">
        <w:rPr>
          <w:rFonts w:ascii="Times New Roman" w:hAnsi="Times New Roman" w:cs="Times New Roman"/>
          <w:lang w:val="ru-KZ"/>
        </w:rPr>
        <w:t>Шарттың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мәні</w:t>
      </w:r>
      <w:proofErr w:type="spellEnd"/>
    </w:p>
    <w:p w14:paraId="61561A77" w14:textId="77777777" w:rsidR="00BC3FCD" w:rsidRPr="00D010CC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r w:rsidRPr="00D010CC">
        <w:rPr>
          <w:rFonts w:ascii="Times New Roman" w:hAnsi="Times New Roman" w:cs="Times New Roman"/>
          <w:lang w:val="ru-KZ"/>
        </w:rPr>
        <w:t xml:space="preserve">2.1. </w:t>
      </w:r>
      <w:proofErr w:type="spellStart"/>
      <w:r w:rsidRPr="00D010CC">
        <w:rPr>
          <w:rFonts w:ascii="Times New Roman" w:hAnsi="Times New Roman" w:cs="Times New Roman"/>
          <w:lang w:val="ru-KZ"/>
        </w:rPr>
        <w:t>Орындаушы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Тапсырыс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берушіге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келесі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қызметтерді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көрсетуге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міндеттенеді</w:t>
      </w:r>
      <w:proofErr w:type="spellEnd"/>
      <w:r w:rsidRPr="00D010CC">
        <w:rPr>
          <w:rFonts w:ascii="Times New Roman" w:hAnsi="Times New Roman" w:cs="Times New Roman"/>
          <w:lang w:val="ru-KZ"/>
        </w:rPr>
        <w:t>:</w:t>
      </w:r>
      <w:r w:rsidRPr="00D010CC">
        <w:rPr>
          <w:rFonts w:ascii="Times New Roman" w:hAnsi="Times New Roman" w:cs="Times New Roman"/>
          <w:lang w:val="ru-KZ"/>
        </w:rPr>
        <w:br/>
        <w:t>_________________________________________________________________________.</w:t>
      </w:r>
      <w:r w:rsidRPr="00D010CC">
        <w:rPr>
          <w:rFonts w:ascii="Times New Roman" w:hAnsi="Times New Roman" w:cs="Times New Roman"/>
          <w:lang w:val="ru-KZ"/>
        </w:rPr>
        <w:br/>
        <w:t xml:space="preserve">2.2. </w:t>
      </w:r>
      <w:proofErr w:type="spellStart"/>
      <w:r w:rsidRPr="00D010CC">
        <w:rPr>
          <w:rFonts w:ascii="Times New Roman" w:hAnsi="Times New Roman" w:cs="Times New Roman"/>
          <w:lang w:val="ru-KZ"/>
        </w:rPr>
        <w:t>Тапсырыс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беруші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көрсетілген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қызметтерді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қабылдауға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және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осы </w:t>
      </w:r>
      <w:proofErr w:type="spellStart"/>
      <w:r w:rsidRPr="00D010CC">
        <w:rPr>
          <w:rFonts w:ascii="Times New Roman" w:hAnsi="Times New Roman" w:cs="Times New Roman"/>
          <w:lang w:val="ru-KZ"/>
        </w:rPr>
        <w:t>шартта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көзделген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тәртіппен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және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мерзімде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төлеуге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міндеттенеді</w:t>
      </w:r>
      <w:proofErr w:type="spellEnd"/>
      <w:r w:rsidRPr="00D010CC">
        <w:rPr>
          <w:rFonts w:ascii="Times New Roman" w:hAnsi="Times New Roman" w:cs="Times New Roman"/>
          <w:lang w:val="ru-KZ"/>
        </w:rPr>
        <w:t>.</w:t>
      </w:r>
    </w:p>
    <w:p w14:paraId="3F4235E6" w14:textId="77777777" w:rsidR="00BC3FCD" w:rsidRPr="00BC3FCD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r w:rsidRPr="00BC3FCD">
        <w:rPr>
          <w:rFonts w:ascii="Times New Roman" w:hAnsi="Times New Roman" w:cs="Times New Roman"/>
          <w:lang w:val="ru-KZ"/>
        </w:rPr>
        <w:t xml:space="preserve">3. </w:t>
      </w:r>
      <w:proofErr w:type="spellStart"/>
      <w:r w:rsidRPr="00BC3FCD">
        <w:rPr>
          <w:rFonts w:ascii="Times New Roman" w:hAnsi="Times New Roman" w:cs="Times New Roman"/>
          <w:lang w:val="ru-KZ"/>
        </w:rPr>
        <w:t>Тараптардың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құқықтары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мен </w:t>
      </w:r>
      <w:proofErr w:type="spellStart"/>
      <w:r w:rsidRPr="00BC3FCD">
        <w:rPr>
          <w:rFonts w:ascii="Times New Roman" w:hAnsi="Times New Roman" w:cs="Times New Roman"/>
          <w:lang w:val="ru-KZ"/>
        </w:rPr>
        <w:t>міндеттері</w:t>
      </w:r>
      <w:proofErr w:type="spellEnd"/>
    </w:p>
    <w:p w14:paraId="6A1A9D42" w14:textId="77777777" w:rsidR="00BC3FCD" w:rsidRPr="00D010CC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proofErr w:type="spellStart"/>
      <w:r w:rsidRPr="00D010CC">
        <w:rPr>
          <w:rStyle w:val="af6"/>
          <w:rFonts w:ascii="Times New Roman" w:hAnsi="Times New Roman" w:cs="Times New Roman"/>
          <w:lang w:val="ru-KZ"/>
        </w:rPr>
        <w:t>Орындаушы</w:t>
      </w:r>
      <w:proofErr w:type="spellEnd"/>
      <w:r w:rsidRPr="00D010CC">
        <w:rPr>
          <w:rStyle w:val="af6"/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Style w:val="af6"/>
          <w:rFonts w:ascii="Times New Roman" w:hAnsi="Times New Roman" w:cs="Times New Roman"/>
          <w:lang w:val="ru-KZ"/>
        </w:rPr>
        <w:t>міндетті</w:t>
      </w:r>
      <w:proofErr w:type="spellEnd"/>
      <w:r w:rsidRPr="00D010CC">
        <w:rPr>
          <w:rStyle w:val="af6"/>
          <w:rFonts w:ascii="Times New Roman" w:hAnsi="Times New Roman" w:cs="Times New Roman"/>
          <w:lang w:val="ru-KZ"/>
        </w:rPr>
        <w:t>:</w:t>
      </w:r>
    </w:p>
    <w:p w14:paraId="1A0FCB9D" w14:textId="77777777" w:rsidR="00BC3FCD" w:rsidRPr="00BC3FCD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proofErr w:type="spellStart"/>
      <w:r w:rsidRPr="00BC3FCD">
        <w:rPr>
          <w:rFonts w:ascii="Times New Roman" w:hAnsi="Times New Roman" w:cs="Times New Roman"/>
          <w:lang w:val="ru-KZ"/>
        </w:rPr>
        <w:t>Қызметтерді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сапалы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, </w:t>
      </w:r>
      <w:proofErr w:type="spellStart"/>
      <w:r w:rsidRPr="00BC3FCD">
        <w:rPr>
          <w:rFonts w:ascii="Times New Roman" w:hAnsi="Times New Roman" w:cs="Times New Roman"/>
          <w:lang w:val="ru-KZ"/>
        </w:rPr>
        <w:t>толық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көлемде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және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белгіленген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мерзімде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көрсету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; </w:t>
      </w:r>
    </w:p>
    <w:p w14:paraId="6B030952" w14:textId="77777777" w:rsidR="00BC3FCD" w:rsidRPr="00BC3FCD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proofErr w:type="spellStart"/>
      <w:r w:rsidRPr="00BC3FCD">
        <w:rPr>
          <w:rFonts w:ascii="Times New Roman" w:hAnsi="Times New Roman" w:cs="Times New Roman"/>
          <w:lang w:val="ru-KZ"/>
        </w:rPr>
        <w:t>Қызметтердің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орындалу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барысы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туралы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Тапсырыс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берушіге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қажетті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ақпарат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беру. </w:t>
      </w:r>
    </w:p>
    <w:p w14:paraId="6E896CF9" w14:textId="77777777" w:rsidR="00BC3FCD" w:rsidRPr="00D010CC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proofErr w:type="spellStart"/>
      <w:r w:rsidRPr="00D010CC">
        <w:rPr>
          <w:rStyle w:val="af6"/>
          <w:rFonts w:ascii="Times New Roman" w:hAnsi="Times New Roman" w:cs="Times New Roman"/>
          <w:lang w:val="ru-KZ"/>
        </w:rPr>
        <w:t>Орындаушы</w:t>
      </w:r>
      <w:proofErr w:type="spellEnd"/>
      <w:r w:rsidRPr="00D010CC">
        <w:rPr>
          <w:rStyle w:val="af6"/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Style w:val="af6"/>
          <w:rFonts w:ascii="Times New Roman" w:hAnsi="Times New Roman" w:cs="Times New Roman"/>
          <w:lang w:val="ru-KZ"/>
        </w:rPr>
        <w:t>құқылы</w:t>
      </w:r>
      <w:proofErr w:type="spellEnd"/>
      <w:r w:rsidRPr="00D010CC">
        <w:rPr>
          <w:rStyle w:val="af6"/>
          <w:rFonts w:ascii="Times New Roman" w:hAnsi="Times New Roman" w:cs="Times New Roman"/>
          <w:lang w:val="ru-KZ"/>
        </w:rPr>
        <w:t>:</w:t>
      </w:r>
    </w:p>
    <w:p w14:paraId="292672BC" w14:textId="77777777" w:rsidR="00BC3FCD" w:rsidRPr="00BC3FCD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proofErr w:type="spellStart"/>
      <w:r w:rsidRPr="00BC3FCD">
        <w:rPr>
          <w:rFonts w:ascii="Times New Roman" w:hAnsi="Times New Roman" w:cs="Times New Roman"/>
          <w:lang w:val="ru-KZ"/>
        </w:rPr>
        <w:t>Қызметтер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үшін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уақтылы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төлем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талап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ету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; </w:t>
      </w:r>
    </w:p>
    <w:p w14:paraId="430C6DE3" w14:textId="77777777" w:rsidR="00BC3FCD" w:rsidRPr="00BC3FCD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proofErr w:type="spellStart"/>
      <w:r w:rsidRPr="00BC3FCD">
        <w:rPr>
          <w:rFonts w:ascii="Times New Roman" w:hAnsi="Times New Roman" w:cs="Times New Roman"/>
          <w:lang w:val="ru-KZ"/>
        </w:rPr>
        <w:t>Төлем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шарттары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бұзылған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жағдайда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қызмет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көрсетуді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тоқтата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тұру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. </w:t>
      </w:r>
    </w:p>
    <w:p w14:paraId="4EE08444" w14:textId="77777777" w:rsidR="00BC3FCD" w:rsidRPr="00D010CC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proofErr w:type="spellStart"/>
      <w:r w:rsidRPr="00D010CC">
        <w:rPr>
          <w:rStyle w:val="af6"/>
          <w:rFonts w:ascii="Times New Roman" w:hAnsi="Times New Roman" w:cs="Times New Roman"/>
          <w:lang w:val="ru-KZ"/>
        </w:rPr>
        <w:t>Тапсырыс</w:t>
      </w:r>
      <w:proofErr w:type="spellEnd"/>
      <w:r w:rsidRPr="00D010CC">
        <w:rPr>
          <w:rStyle w:val="af6"/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Style w:val="af6"/>
          <w:rFonts w:ascii="Times New Roman" w:hAnsi="Times New Roman" w:cs="Times New Roman"/>
          <w:lang w:val="ru-KZ"/>
        </w:rPr>
        <w:t>беруші</w:t>
      </w:r>
      <w:proofErr w:type="spellEnd"/>
      <w:r w:rsidRPr="00D010CC">
        <w:rPr>
          <w:rStyle w:val="af6"/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Style w:val="af6"/>
          <w:rFonts w:ascii="Times New Roman" w:hAnsi="Times New Roman" w:cs="Times New Roman"/>
          <w:lang w:val="ru-KZ"/>
        </w:rPr>
        <w:t>міндетті</w:t>
      </w:r>
      <w:proofErr w:type="spellEnd"/>
      <w:r w:rsidRPr="00D010CC">
        <w:rPr>
          <w:rStyle w:val="af6"/>
          <w:rFonts w:ascii="Times New Roman" w:hAnsi="Times New Roman" w:cs="Times New Roman"/>
          <w:lang w:val="ru-KZ"/>
        </w:rPr>
        <w:t>:</w:t>
      </w:r>
    </w:p>
    <w:p w14:paraId="163F06A3" w14:textId="77777777" w:rsidR="00BC3FCD" w:rsidRPr="00BC3FCD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proofErr w:type="spellStart"/>
      <w:r w:rsidRPr="00BC3FCD">
        <w:rPr>
          <w:rFonts w:ascii="Times New Roman" w:hAnsi="Times New Roman" w:cs="Times New Roman"/>
          <w:lang w:val="ru-KZ"/>
        </w:rPr>
        <w:t>Орындаушыға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қажетті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барлық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ақпаратты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уақытында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ұсыну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; </w:t>
      </w:r>
    </w:p>
    <w:p w14:paraId="0AEE5E34" w14:textId="77777777" w:rsidR="00BC3FCD" w:rsidRPr="00BC3FCD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proofErr w:type="spellStart"/>
      <w:r w:rsidRPr="00BC3FCD">
        <w:rPr>
          <w:rFonts w:ascii="Times New Roman" w:hAnsi="Times New Roman" w:cs="Times New Roman"/>
          <w:lang w:val="ru-KZ"/>
        </w:rPr>
        <w:t>Қызметтердің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ақысын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шартта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белгіленген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мөлшерде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және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мерзімде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төлеу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. </w:t>
      </w:r>
    </w:p>
    <w:p w14:paraId="75A0B333" w14:textId="77777777" w:rsidR="00BC3FCD" w:rsidRPr="00FB0CFA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proofErr w:type="spellStart"/>
      <w:r w:rsidRPr="00FB0CFA">
        <w:rPr>
          <w:rStyle w:val="af6"/>
          <w:rFonts w:ascii="Times New Roman" w:hAnsi="Times New Roman" w:cs="Times New Roman"/>
          <w:lang w:val="ru-KZ"/>
        </w:rPr>
        <w:t>Тапсырыс</w:t>
      </w:r>
      <w:proofErr w:type="spellEnd"/>
      <w:r w:rsidRPr="00FB0CFA">
        <w:rPr>
          <w:rStyle w:val="af6"/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Style w:val="af6"/>
          <w:rFonts w:ascii="Times New Roman" w:hAnsi="Times New Roman" w:cs="Times New Roman"/>
          <w:lang w:val="ru-KZ"/>
        </w:rPr>
        <w:t>беруші</w:t>
      </w:r>
      <w:proofErr w:type="spellEnd"/>
      <w:r w:rsidRPr="00FB0CFA">
        <w:rPr>
          <w:rStyle w:val="af6"/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Style w:val="af6"/>
          <w:rFonts w:ascii="Times New Roman" w:hAnsi="Times New Roman" w:cs="Times New Roman"/>
          <w:lang w:val="ru-KZ"/>
        </w:rPr>
        <w:t>құқылы</w:t>
      </w:r>
      <w:proofErr w:type="spellEnd"/>
      <w:r w:rsidRPr="00FB0CFA">
        <w:rPr>
          <w:rStyle w:val="af6"/>
          <w:rFonts w:ascii="Times New Roman" w:hAnsi="Times New Roman" w:cs="Times New Roman"/>
          <w:lang w:val="ru-KZ"/>
        </w:rPr>
        <w:t>:</w:t>
      </w:r>
    </w:p>
    <w:p w14:paraId="0CE6E709" w14:textId="64149752" w:rsidR="00BC3FCD" w:rsidRPr="00FB0CFA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proofErr w:type="spellStart"/>
      <w:r w:rsidRPr="00FB0CFA">
        <w:rPr>
          <w:rFonts w:ascii="Times New Roman" w:hAnsi="Times New Roman" w:cs="Times New Roman"/>
          <w:lang w:val="ru-KZ"/>
        </w:rPr>
        <w:t>Қызмет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көрсету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барысы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туралы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ақпарат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алу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; </w:t>
      </w:r>
      <w:proofErr w:type="spellStart"/>
      <w:r w:rsidRPr="00FB0CFA">
        <w:rPr>
          <w:rFonts w:ascii="Times New Roman" w:hAnsi="Times New Roman" w:cs="Times New Roman"/>
          <w:lang w:val="ru-KZ"/>
        </w:rPr>
        <w:t>Қызметтердің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тиісті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сапада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көрсетілуін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талап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FB0CFA">
        <w:rPr>
          <w:rFonts w:ascii="Times New Roman" w:hAnsi="Times New Roman" w:cs="Times New Roman"/>
          <w:lang w:val="ru-KZ"/>
        </w:rPr>
        <w:t>ету</w:t>
      </w:r>
      <w:proofErr w:type="spellEnd"/>
      <w:r w:rsidRPr="00FB0CFA">
        <w:rPr>
          <w:rFonts w:ascii="Times New Roman" w:hAnsi="Times New Roman" w:cs="Times New Roman"/>
          <w:lang w:val="ru-KZ"/>
        </w:rPr>
        <w:t xml:space="preserve">. </w:t>
      </w:r>
    </w:p>
    <w:p w14:paraId="1139E996" w14:textId="77777777" w:rsidR="00BC3FCD" w:rsidRPr="00D010CC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r w:rsidRPr="00D010CC">
        <w:rPr>
          <w:rFonts w:ascii="Times New Roman" w:hAnsi="Times New Roman" w:cs="Times New Roman"/>
          <w:lang w:val="ru-KZ"/>
        </w:rPr>
        <w:t xml:space="preserve">4. </w:t>
      </w:r>
      <w:proofErr w:type="spellStart"/>
      <w:r w:rsidRPr="00D010CC">
        <w:rPr>
          <w:rFonts w:ascii="Times New Roman" w:hAnsi="Times New Roman" w:cs="Times New Roman"/>
          <w:lang w:val="ru-KZ"/>
        </w:rPr>
        <w:t>Қызметтердің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құны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және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есеп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айырысу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тәртібі</w:t>
      </w:r>
      <w:proofErr w:type="spellEnd"/>
    </w:p>
    <w:p w14:paraId="75C2E480" w14:textId="77777777" w:rsidR="00BC3FCD" w:rsidRPr="00D010CC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r w:rsidRPr="00D010CC">
        <w:rPr>
          <w:rFonts w:ascii="Times New Roman" w:hAnsi="Times New Roman" w:cs="Times New Roman"/>
          <w:lang w:val="ru-KZ"/>
        </w:rPr>
        <w:t xml:space="preserve">4.1. </w:t>
      </w:r>
      <w:proofErr w:type="spellStart"/>
      <w:r w:rsidRPr="00D010CC">
        <w:rPr>
          <w:rFonts w:ascii="Times New Roman" w:hAnsi="Times New Roman" w:cs="Times New Roman"/>
          <w:lang w:val="ru-KZ"/>
        </w:rPr>
        <w:t>Қызметтердің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құны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__________________________________________ </w:t>
      </w:r>
      <w:proofErr w:type="spellStart"/>
      <w:r w:rsidRPr="00D010CC">
        <w:rPr>
          <w:rFonts w:ascii="Times New Roman" w:hAnsi="Times New Roman" w:cs="Times New Roman"/>
          <w:lang w:val="ru-KZ"/>
        </w:rPr>
        <w:t>теңгені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құрайды</w:t>
      </w:r>
      <w:proofErr w:type="spellEnd"/>
      <w:r w:rsidRPr="00D010CC">
        <w:rPr>
          <w:rFonts w:ascii="Times New Roman" w:hAnsi="Times New Roman" w:cs="Times New Roman"/>
          <w:lang w:val="ru-KZ"/>
        </w:rPr>
        <w:t>.</w:t>
      </w:r>
      <w:r w:rsidRPr="00D010CC">
        <w:rPr>
          <w:rFonts w:ascii="Times New Roman" w:hAnsi="Times New Roman" w:cs="Times New Roman"/>
          <w:lang w:val="ru-KZ"/>
        </w:rPr>
        <w:br/>
        <w:t xml:space="preserve">4.2. </w:t>
      </w:r>
      <w:proofErr w:type="spellStart"/>
      <w:r w:rsidRPr="00D010CC">
        <w:rPr>
          <w:rFonts w:ascii="Times New Roman" w:hAnsi="Times New Roman" w:cs="Times New Roman"/>
          <w:lang w:val="ru-KZ"/>
        </w:rPr>
        <w:t>Төлем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Орындаушының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есеп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айырысу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шотына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аудару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арқылы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жүзеге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асырылады</w:t>
      </w:r>
      <w:proofErr w:type="spellEnd"/>
      <w:r w:rsidRPr="00D010CC">
        <w:rPr>
          <w:rFonts w:ascii="Times New Roman" w:hAnsi="Times New Roman" w:cs="Times New Roman"/>
          <w:lang w:val="ru-KZ"/>
        </w:rPr>
        <w:t>.</w:t>
      </w:r>
      <w:r w:rsidRPr="00D010CC">
        <w:rPr>
          <w:rFonts w:ascii="Times New Roman" w:hAnsi="Times New Roman" w:cs="Times New Roman"/>
          <w:lang w:val="ru-KZ"/>
        </w:rPr>
        <w:br/>
        <w:t xml:space="preserve">4.3. </w:t>
      </w:r>
      <w:proofErr w:type="spellStart"/>
      <w:r w:rsidRPr="00D010CC">
        <w:rPr>
          <w:rFonts w:ascii="Times New Roman" w:hAnsi="Times New Roman" w:cs="Times New Roman"/>
          <w:lang w:val="ru-KZ"/>
        </w:rPr>
        <w:t>Төлем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қаражат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Орындаушының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шотына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түскен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сәттен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бастап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жүзеге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асырылды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деп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есептеледі</w:t>
      </w:r>
      <w:proofErr w:type="spellEnd"/>
      <w:r w:rsidRPr="00D010CC">
        <w:rPr>
          <w:rFonts w:ascii="Times New Roman" w:hAnsi="Times New Roman" w:cs="Times New Roman"/>
          <w:lang w:val="ru-KZ"/>
        </w:rPr>
        <w:t>.</w:t>
      </w:r>
    </w:p>
    <w:p w14:paraId="50C4E781" w14:textId="77777777" w:rsidR="00BC3FCD" w:rsidRPr="00BC3FCD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r w:rsidRPr="00BC3FCD">
        <w:rPr>
          <w:rFonts w:ascii="Times New Roman" w:hAnsi="Times New Roman" w:cs="Times New Roman"/>
          <w:lang w:val="ru-KZ"/>
        </w:rPr>
        <w:t xml:space="preserve">5. </w:t>
      </w:r>
      <w:proofErr w:type="spellStart"/>
      <w:r w:rsidRPr="00BC3FCD">
        <w:rPr>
          <w:rFonts w:ascii="Times New Roman" w:hAnsi="Times New Roman" w:cs="Times New Roman"/>
          <w:lang w:val="ru-KZ"/>
        </w:rPr>
        <w:t>Қызмет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көрсету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мерзімі</w:t>
      </w:r>
      <w:proofErr w:type="spellEnd"/>
    </w:p>
    <w:p w14:paraId="2CF21402" w14:textId="732468A4" w:rsidR="00BC3FCD" w:rsidRPr="008A2AEC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proofErr w:type="spellStart"/>
      <w:r w:rsidRPr="008A2AEC">
        <w:rPr>
          <w:rFonts w:ascii="Times New Roman" w:hAnsi="Times New Roman" w:cs="Times New Roman"/>
          <w:lang w:val="ru-KZ"/>
        </w:rPr>
        <w:t>Қызмет</w:t>
      </w:r>
      <w:proofErr w:type="spellEnd"/>
      <w:r w:rsidRPr="008A2AE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8A2AEC">
        <w:rPr>
          <w:rFonts w:ascii="Times New Roman" w:hAnsi="Times New Roman" w:cs="Times New Roman"/>
          <w:lang w:val="ru-KZ"/>
        </w:rPr>
        <w:t>көрсету</w:t>
      </w:r>
      <w:proofErr w:type="spellEnd"/>
      <w:r w:rsidRPr="008A2AE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8A2AEC">
        <w:rPr>
          <w:rFonts w:ascii="Times New Roman" w:hAnsi="Times New Roman" w:cs="Times New Roman"/>
          <w:lang w:val="ru-KZ"/>
        </w:rPr>
        <w:t>мерзімі</w:t>
      </w:r>
      <w:proofErr w:type="spellEnd"/>
      <w:r w:rsidRPr="008A2AEC">
        <w:rPr>
          <w:rFonts w:ascii="Times New Roman" w:hAnsi="Times New Roman" w:cs="Times New Roman"/>
          <w:lang w:val="ru-KZ"/>
        </w:rPr>
        <w:t>: «</w:t>
      </w:r>
      <w:r w:rsidR="008A2AEC" w:rsidRPr="008A2AEC">
        <w:rPr>
          <w:rFonts w:ascii="Times New Roman" w:hAnsi="Times New Roman" w:cs="Times New Roman"/>
          <w:lang w:val="ru-KZ"/>
        </w:rPr>
        <w:t>____</w:t>
      </w:r>
      <w:r w:rsidRPr="008A2AEC">
        <w:rPr>
          <w:rStyle w:val="af6"/>
          <w:rFonts w:ascii="Times New Roman" w:hAnsi="Times New Roman" w:cs="Times New Roman"/>
          <w:lang w:val="ru-KZ"/>
        </w:rPr>
        <w:t>» _____________ 20</w:t>
      </w:r>
      <w:r w:rsidR="008A2AEC" w:rsidRPr="008A2AEC">
        <w:rPr>
          <w:rStyle w:val="af6"/>
          <w:rFonts w:ascii="Times New Roman" w:hAnsi="Times New Roman" w:cs="Times New Roman"/>
          <w:lang w:val="ru-KZ"/>
        </w:rPr>
        <w:t>____</w:t>
      </w:r>
      <w:r w:rsidRPr="008A2AEC">
        <w:rPr>
          <w:rStyle w:val="af6"/>
          <w:rFonts w:ascii="Times New Roman" w:hAnsi="Times New Roman" w:cs="Times New Roman"/>
          <w:lang w:val="ru-KZ"/>
        </w:rPr>
        <w:t xml:space="preserve"> ж. </w:t>
      </w:r>
      <w:r w:rsidR="008A2AEC">
        <w:rPr>
          <w:rStyle w:val="af6"/>
          <w:rFonts w:ascii="Times New Roman" w:hAnsi="Times New Roman" w:cs="Times New Roman"/>
          <w:lang w:val="kk-KZ"/>
        </w:rPr>
        <w:t>б</w:t>
      </w:r>
      <w:proofErr w:type="spellStart"/>
      <w:r w:rsidRPr="008A2AEC">
        <w:rPr>
          <w:rStyle w:val="af6"/>
          <w:rFonts w:ascii="Times New Roman" w:hAnsi="Times New Roman" w:cs="Times New Roman"/>
          <w:lang w:val="ru-KZ"/>
        </w:rPr>
        <w:t>астап</w:t>
      </w:r>
      <w:proofErr w:type="spellEnd"/>
      <w:r w:rsidR="008A2AEC" w:rsidRPr="008A2AEC">
        <w:rPr>
          <w:rStyle w:val="af6"/>
          <w:rFonts w:ascii="Times New Roman" w:hAnsi="Times New Roman" w:cs="Times New Roman"/>
          <w:lang w:val="ru-KZ"/>
        </w:rPr>
        <w:t xml:space="preserve"> </w:t>
      </w:r>
      <w:r w:rsidRPr="008A2AEC">
        <w:rPr>
          <w:rStyle w:val="af6"/>
          <w:rFonts w:ascii="Times New Roman" w:hAnsi="Times New Roman" w:cs="Times New Roman"/>
          <w:lang w:val="ru-KZ"/>
        </w:rPr>
        <w:t>«____» _____________ 20</w:t>
      </w:r>
      <w:r w:rsidR="008A2AEC" w:rsidRPr="008A2AEC">
        <w:rPr>
          <w:rFonts w:ascii="Times New Roman" w:hAnsi="Times New Roman" w:cs="Times New Roman"/>
          <w:lang w:val="ru-KZ"/>
        </w:rPr>
        <w:t>____</w:t>
      </w:r>
      <w:r w:rsidRPr="008A2AEC">
        <w:rPr>
          <w:rFonts w:ascii="Times New Roman" w:hAnsi="Times New Roman" w:cs="Times New Roman"/>
          <w:lang w:val="ru-KZ"/>
        </w:rPr>
        <w:t xml:space="preserve">ж. </w:t>
      </w:r>
      <w:proofErr w:type="spellStart"/>
      <w:r w:rsidRPr="008A2AEC">
        <w:rPr>
          <w:rFonts w:ascii="Times New Roman" w:hAnsi="Times New Roman" w:cs="Times New Roman"/>
          <w:lang w:val="ru-KZ"/>
        </w:rPr>
        <w:t>дейін</w:t>
      </w:r>
      <w:proofErr w:type="spellEnd"/>
      <w:r w:rsidRPr="008A2AEC">
        <w:rPr>
          <w:rFonts w:ascii="Times New Roman" w:hAnsi="Times New Roman" w:cs="Times New Roman"/>
          <w:lang w:val="ru-KZ"/>
        </w:rPr>
        <w:t>.</w:t>
      </w:r>
    </w:p>
    <w:p w14:paraId="5DF669E4" w14:textId="77777777" w:rsidR="00BC3FCD" w:rsidRPr="00BC3FCD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r w:rsidRPr="00BC3FCD">
        <w:rPr>
          <w:rFonts w:ascii="Times New Roman" w:hAnsi="Times New Roman" w:cs="Times New Roman"/>
          <w:lang w:val="ru-KZ"/>
        </w:rPr>
        <w:t xml:space="preserve">6. </w:t>
      </w:r>
      <w:proofErr w:type="spellStart"/>
      <w:r w:rsidRPr="00BC3FCD">
        <w:rPr>
          <w:rFonts w:ascii="Times New Roman" w:hAnsi="Times New Roman" w:cs="Times New Roman"/>
          <w:lang w:val="ru-KZ"/>
        </w:rPr>
        <w:t>Тараптардың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жауапкершілігі</w:t>
      </w:r>
      <w:proofErr w:type="spellEnd"/>
    </w:p>
    <w:p w14:paraId="51492F83" w14:textId="77777777" w:rsidR="00BC3FCD" w:rsidRPr="00D010CC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r w:rsidRPr="00D010CC">
        <w:rPr>
          <w:rFonts w:ascii="Times New Roman" w:hAnsi="Times New Roman" w:cs="Times New Roman"/>
          <w:lang w:val="ru-KZ"/>
        </w:rPr>
        <w:t xml:space="preserve">6.1. </w:t>
      </w:r>
      <w:proofErr w:type="spellStart"/>
      <w:r w:rsidRPr="00D010CC">
        <w:rPr>
          <w:rFonts w:ascii="Times New Roman" w:hAnsi="Times New Roman" w:cs="Times New Roman"/>
          <w:lang w:val="ru-KZ"/>
        </w:rPr>
        <w:t>Тараптар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Қазақстан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Республикасының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заңнамасына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сәйкес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жауапты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болады</w:t>
      </w:r>
      <w:proofErr w:type="spellEnd"/>
      <w:r w:rsidRPr="00D010CC">
        <w:rPr>
          <w:rFonts w:ascii="Times New Roman" w:hAnsi="Times New Roman" w:cs="Times New Roman"/>
          <w:lang w:val="ru-KZ"/>
        </w:rPr>
        <w:t>.</w:t>
      </w:r>
      <w:r w:rsidRPr="00D010CC">
        <w:rPr>
          <w:rFonts w:ascii="Times New Roman" w:hAnsi="Times New Roman" w:cs="Times New Roman"/>
          <w:lang w:val="ru-KZ"/>
        </w:rPr>
        <w:br/>
        <w:t xml:space="preserve">6.2. </w:t>
      </w:r>
      <w:proofErr w:type="spellStart"/>
      <w:r w:rsidRPr="00D010CC">
        <w:rPr>
          <w:rFonts w:ascii="Times New Roman" w:hAnsi="Times New Roman" w:cs="Times New Roman"/>
          <w:lang w:val="ru-KZ"/>
        </w:rPr>
        <w:t>Тапсырыс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беруші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қажетті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ақпаратты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ұсынбаған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жағдайда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, </w:t>
      </w:r>
      <w:proofErr w:type="spellStart"/>
      <w:r w:rsidRPr="00D010CC">
        <w:rPr>
          <w:rFonts w:ascii="Times New Roman" w:hAnsi="Times New Roman" w:cs="Times New Roman"/>
          <w:lang w:val="ru-KZ"/>
        </w:rPr>
        <w:t>Орындаушы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кешігу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үшін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жауап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бермейді</w:t>
      </w:r>
      <w:proofErr w:type="spellEnd"/>
      <w:r w:rsidRPr="00D010CC">
        <w:rPr>
          <w:rFonts w:ascii="Times New Roman" w:hAnsi="Times New Roman" w:cs="Times New Roman"/>
          <w:lang w:val="ru-KZ"/>
        </w:rPr>
        <w:t>.</w:t>
      </w:r>
    </w:p>
    <w:p w14:paraId="7FB08CB4" w14:textId="77777777" w:rsidR="00BC3FCD" w:rsidRPr="00BC3FCD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r w:rsidRPr="00BC3FCD">
        <w:rPr>
          <w:rFonts w:ascii="Times New Roman" w:hAnsi="Times New Roman" w:cs="Times New Roman"/>
          <w:lang w:val="ru-KZ"/>
        </w:rPr>
        <w:t xml:space="preserve">7. </w:t>
      </w:r>
      <w:proofErr w:type="spellStart"/>
      <w:r w:rsidRPr="00BC3FCD">
        <w:rPr>
          <w:rFonts w:ascii="Times New Roman" w:hAnsi="Times New Roman" w:cs="Times New Roman"/>
          <w:lang w:val="ru-KZ"/>
        </w:rPr>
        <w:t>Шартты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бұзу</w:t>
      </w:r>
      <w:proofErr w:type="spellEnd"/>
    </w:p>
    <w:p w14:paraId="3312C69C" w14:textId="77777777" w:rsidR="00BC3FCD" w:rsidRPr="00D010CC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proofErr w:type="spellStart"/>
      <w:r w:rsidRPr="00D010CC">
        <w:rPr>
          <w:rFonts w:ascii="Times New Roman" w:hAnsi="Times New Roman" w:cs="Times New Roman"/>
          <w:lang w:val="ru-KZ"/>
        </w:rPr>
        <w:t>Шарт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Тараптардың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келісімі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бойынша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немесе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нақты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көрсетілген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қызметтер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үшін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төлем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жүргізу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шартымен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біржақты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тәртіпте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бұзылуы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мүмкін</w:t>
      </w:r>
      <w:proofErr w:type="spellEnd"/>
      <w:r w:rsidRPr="00D010CC">
        <w:rPr>
          <w:rFonts w:ascii="Times New Roman" w:hAnsi="Times New Roman" w:cs="Times New Roman"/>
          <w:lang w:val="ru-KZ"/>
        </w:rPr>
        <w:t>.</w:t>
      </w:r>
    </w:p>
    <w:p w14:paraId="725A13D4" w14:textId="77777777" w:rsidR="00BC3FCD" w:rsidRPr="00BC3FCD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r w:rsidRPr="00BC3FCD">
        <w:rPr>
          <w:rFonts w:ascii="Times New Roman" w:hAnsi="Times New Roman" w:cs="Times New Roman"/>
          <w:lang w:val="ru-KZ"/>
        </w:rPr>
        <w:t>8. Форс-мажор</w:t>
      </w:r>
    </w:p>
    <w:p w14:paraId="04B79EF6" w14:textId="77777777" w:rsidR="00BC3FCD" w:rsidRPr="00D010CC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proofErr w:type="spellStart"/>
      <w:r w:rsidRPr="00D010CC">
        <w:rPr>
          <w:rFonts w:ascii="Times New Roman" w:hAnsi="Times New Roman" w:cs="Times New Roman"/>
          <w:lang w:val="ru-KZ"/>
        </w:rPr>
        <w:t>Тараптар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форс-мажор </w:t>
      </w:r>
      <w:proofErr w:type="spellStart"/>
      <w:r w:rsidRPr="00D010CC">
        <w:rPr>
          <w:rFonts w:ascii="Times New Roman" w:hAnsi="Times New Roman" w:cs="Times New Roman"/>
          <w:lang w:val="ru-KZ"/>
        </w:rPr>
        <w:t>жағдайлары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туындаған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кезде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жауапкершіліктен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босатылады</w:t>
      </w:r>
      <w:proofErr w:type="spellEnd"/>
      <w:r w:rsidRPr="00D010CC">
        <w:rPr>
          <w:rFonts w:ascii="Times New Roman" w:hAnsi="Times New Roman" w:cs="Times New Roman"/>
          <w:lang w:val="ru-KZ"/>
        </w:rPr>
        <w:t>.</w:t>
      </w:r>
    </w:p>
    <w:p w14:paraId="1359E90F" w14:textId="77777777" w:rsidR="00BC3FCD" w:rsidRPr="00BC3FCD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r w:rsidRPr="00BC3FCD">
        <w:rPr>
          <w:rFonts w:ascii="Times New Roman" w:hAnsi="Times New Roman" w:cs="Times New Roman"/>
          <w:lang w:val="ru-KZ"/>
        </w:rPr>
        <w:t xml:space="preserve">9. </w:t>
      </w:r>
      <w:proofErr w:type="spellStart"/>
      <w:r w:rsidRPr="00BC3FCD">
        <w:rPr>
          <w:rFonts w:ascii="Times New Roman" w:hAnsi="Times New Roman" w:cs="Times New Roman"/>
          <w:lang w:val="ru-KZ"/>
        </w:rPr>
        <w:t>Өзге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де </w:t>
      </w:r>
      <w:proofErr w:type="spellStart"/>
      <w:r w:rsidRPr="00BC3FCD">
        <w:rPr>
          <w:rFonts w:ascii="Times New Roman" w:hAnsi="Times New Roman" w:cs="Times New Roman"/>
          <w:lang w:val="ru-KZ"/>
        </w:rPr>
        <w:t>шарттар</w:t>
      </w:r>
      <w:proofErr w:type="spellEnd"/>
    </w:p>
    <w:p w14:paraId="7B4EA5EF" w14:textId="77777777" w:rsidR="00BC3FCD" w:rsidRPr="00D010CC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proofErr w:type="spellStart"/>
      <w:r w:rsidRPr="00D010CC">
        <w:rPr>
          <w:rFonts w:ascii="Times New Roman" w:hAnsi="Times New Roman" w:cs="Times New Roman"/>
          <w:lang w:val="ru-KZ"/>
        </w:rPr>
        <w:t>Даулар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келіссөздер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арқылы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шешіледі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, ал </w:t>
      </w:r>
      <w:proofErr w:type="spellStart"/>
      <w:r w:rsidRPr="00D010CC">
        <w:rPr>
          <w:rFonts w:ascii="Times New Roman" w:hAnsi="Times New Roman" w:cs="Times New Roman"/>
          <w:lang w:val="ru-KZ"/>
        </w:rPr>
        <w:t>келісімге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келмеген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жағдайда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— сот </w:t>
      </w:r>
      <w:proofErr w:type="spellStart"/>
      <w:r w:rsidRPr="00D010CC">
        <w:rPr>
          <w:rFonts w:ascii="Times New Roman" w:hAnsi="Times New Roman" w:cs="Times New Roman"/>
          <w:lang w:val="ru-KZ"/>
        </w:rPr>
        <w:t>тәртібімен</w:t>
      </w:r>
      <w:proofErr w:type="spellEnd"/>
      <w:r w:rsidRPr="00D010C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D010CC">
        <w:rPr>
          <w:rFonts w:ascii="Times New Roman" w:hAnsi="Times New Roman" w:cs="Times New Roman"/>
          <w:lang w:val="ru-KZ"/>
        </w:rPr>
        <w:t>қаралады</w:t>
      </w:r>
      <w:proofErr w:type="spellEnd"/>
      <w:r w:rsidRPr="00D010CC">
        <w:rPr>
          <w:rFonts w:ascii="Times New Roman" w:hAnsi="Times New Roman" w:cs="Times New Roman"/>
          <w:lang w:val="ru-KZ"/>
        </w:rPr>
        <w:t>.</w:t>
      </w:r>
    </w:p>
    <w:p w14:paraId="1340B897" w14:textId="77777777" w:rsidR="00BC3FCD" w:rsidRPr="00BC3FCD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r w:rsidRPr="00BC3FCD">
        <w:rPr>
          <w:rFonts w:ascii="Times New Roman" w:hAnsi="Times New Roman" w:cs="Times New Roman"/>
          <w:lang w:val="ru-KZ"/>
        </w:rPr>
        <w:t xml:space="preserve">10. </w:t>
      </w:r>
      <w:proofErr w:type="spellStart"/>
      <w:r w:rsidRPr="00BC3FCD">
        <w:rPr>
          <w:rFonts w:ascii="Times New Roman" w:hAnsi="Times New Roman" w:cs="Times New Roman"/>
          <w:lang w:val="ru-KZ"/>
        </w:rPr>
        <w:t>Тараптардың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BC3FCD">
        <w:rPr>
          <w:rFonts w:ascii="Times New Roman" w:hAnsi="Times New Roman" w:cs="Times New Roman"/>
          <w:lang w:val="ru-KZ"/>
        </w:rPr>
        <w:t>деректемелері</w:t>
      </w:r>
      <w:proofErr w:type="spellEnd"/>
      <w:r w:rsidRPr="00BC3FCD">
        <w:rPr>
          <w:rFonts w:ascii="Times New Roman" w:hAnsi="Times New Roman" w:cs="Times New Roman"/>
          <w:lang w:val="ru-KZ"/>
        </w:rPr>
        <w:t xml:space="preserve"> мен </w:t>
      </w:r>
      <w:proofErr w:type="spellStart"/>
      <w:r w:rsidRPr="00BC3FCD">
        <w:rPr>
          <w:rFonts w:ascii="Times New Roman" w:hAnsi="Times New Roman" w:cs="Times New Roman"/>
          <w:lang w:val="ru-KZ"/>
        </w:rPr>
        <w:t>қолдары</w:t>
      </w:r>
      <w:proofErr w:type="spellEnd"/>
    </w:p>
    <w:p w14:paraId="34F62896" w14:textId="2584A707" w:rsidR="00BC3FCD" w:rsidRPr="008A2AEC" w:rsidRDefault="00BC3FCD" w:rsidP="00BC3FCD">
      <w:pPr>
        <w:spacing w:after="0"/>
        <w:rPr>
          <w:rFonts w:ascii="Times New Roman" w:hAnsi="Times New Roman" w:cs="Times New Roman"/>
          <w:lang w:val="ru-KZ"/>
        </w:rPr>
      </w:pPr>
      <w:proofErr w:type="spellStart"/>
      <w:r w:rsidRPr="008A2AEC">
        <w:rPr>
          <w:rStyle w:val="af6"/>
          <w:rFonts w:ascii="Times New Roman" w:hAnsi="Times New Roman" w:cs="Times New Roman"/>
          <w:lang w:val="ru-KZ"/>
        </w:rPr>
        <w:t>Орындаушы</w:t>
      </w:r>
      <w:proofErr w:type="spellEnd"/>
      <w:r w:rsidRPr="008A2AEC">
        <w:rPr>
          <w:rStyle w:val="af6"/>
          <w:rFonts w:ascii="Times New Roman" w:hAnsi="Times New Roman" w:cs="Times New Roman"/>
          <w:lang w:val="ru-KZ"/>
        </w:rPr>
        <w:t>:</w:t>
      </w:r>
      <w:r w:rsidR="008A2AEC" w:rsidRPr="008A2AEC">
        <w:rPr>
          <w:rStyle w:val="af6"/>
          <w:rFonts w:ascii="Times New Roman" w:hAnsi="Times New Roman" w:cs="Times New Roman"/>
          <w:lang w:val="ru-KZ"/>
        </w:rPr>
        <w:tab/>
      </w:r>
      <w:r w:rsidR="008A2AEC" w:rsidRPr="008A2AEC">
        <w:rPr>
          <w:rStyle w:val="af6"/>
          <w:rFonts w:ascii="Times New Roman" w:hAnsi="Times New Roman" w:cs="Times New Roman"/>
          <w:lang w:val="ru-KZ"/>
        </w:rPr>
        <w:tab/>
      </w:r>
      <w:r w:rsidR="008A2AEC" w:rsidRPr="008A2AEC">
        <w:rPr>
          <w:rStyle w:val="af6"/>
          <w:rFonts w:ascii="Times New Roman" w:hAnsi="Times New Roman" w:cs="Times New Roman"/>
          <w:lang w:val="ru-KZ"/>
        </w:rPr>
        <w:tab/>
      </w:r>
      <w:r w:rsidR="008A2AEC" w:rsidRPr="008A2AEC">
        <w:rPr>
          <w:rStyle w:val="af6"/>
          <w:rFonts w:ascii="Times New Roman" w:hAnsi="Times New Roman" w:cs="Times New Roman"/>
          <w:lang w:val="ru-KZ"/>
        </w:rPr>
        <w:tab/>
      </w:r>
      <w:r w:rsidR="008A2AEC" w:rsidRPr="008A2AEC">
        <w:rPr>
          <w:rStyle w:val="af6"/>
          <w:rFonts w:ascii="Times New Roman" w:hAnsi="Times New Roman" w:cs="Times New Roman"/>
          <w:lang w:val="ru-KZ"/>
        </w:rPr>
        <w:tab/>
      </w:r>
      <w:r w:rsidR="008A2AEC" w:rsidRPr="008A2AEC">
        <w:rPr>
          <w:rStyle w:val="af6"/>
          <w:rFonts w:ascii="Times New Roman" w:hAnsi="Times New Roman" w:cs="Times New Roman"/>
          <w:lang w:val="ru-KZ"/>
        </w:rPr>
        <w:tab/>
      </w:r>
      <w:r w:rsidR="008A2AEC" w:rsidRPr="008A2AEC">
        <w:rPr>
          <w:rStyle w:val="af6"/>
          <w:rFonts w:ascii="Times New Roman" w:hAnsi="Times New Roman" w:cs="Times New Roman"/>
          <w:lang w:val="ru-KZ"/>
        </w:rPr>
        <w:tab/>
      </w:r>
      <w:proofErr w:type="spellStart"/>
      <w:r w:rsidR="008A2AEC" w:rsidRPr="008A2AEC">
        <w:rPr>
          <w:rStyle w:val="af6"/>
          <w:rFonts w:ascii="Times New Roman" w:hAnsi="Times New Roman" w:cs="Times New Roman"/>
          <w:lang w:val="ru-KZ"/>
        </w:rPr>
        <w:t>Тапсырыс</w:t>
      </w:r>
      <w:proofErr w:type="spellEnd"/>
      <w:r w:rsidR="008A2AEC" w:rsidRPr="008A2AEC">
        <w:rPr>
          <w:rStyle w:val="af6"/>
          <w:rFonts w:ascii="Times New Roman" w:hAnsi="Times New Roman" w:cs="Times New Roman"/>
          <w:lang w:val="ru-KZ"/>
        </w:rPr>
        <w:t xml:space="preserve"> </w:t>
      </w:r>
      <w:proofErr w:type="spellStart"/>
      <w:r w:rsidR="008A2AEC" w:rsidRPr="008A2AEC">
        <w:rPr>
          <w:rStyle w:val="af6"/>
          <w:rFonts w:ascii="Times New Roman" w:hAnsi="Times New Roman" w:cs="Times New Roman"/>
          <w:lang w:val="ru-KZ"/>
        </w:rPr>
        <w:t>беруші</w:t>
      </w:r>
      <w:proofErr w:type="spellEnd"/>
      <w:r w:rsidR="008A2AEC" w:rsidRPr="008A2AEC">
        <w:rPr>
          <w:rStyle w:val="af6"/>
          <w:rFonts w:ascii="Times New Roman" w:hAnsi="Times New Roman" w:cs="Times New Roman"/>
          <w:lang w:val="ru-KZ"/>
        </w:rPr>
        <w:t>:</w:t>
      </w:r>
      <w:r w:rsidR="008A2AEC" w:rsidRPr="008A2AEC">
        <w:rPr>
          <w:rFonts w:ascii="Times New Roman" w:hAnsi="Times New Roman" w:cs="Times New Roman"/>
          <w:lang w:val="ru-KZ"/>
        </w:rPr>
        <w:br/>
      </w:r>
      <w:r w:rsidRPr="008A2AEC">
        <w:rPr>
          <w:rFonts w:ascii="Times New Roman" w:hAnsi="Times New Roman" w:cs="Times New Roman"/>
          <w:lang w:val="ru-KZ"/>
        </w:rPr>
        <w:t xml:space="preserve">«Атырау </w:t>
      </w:r>
      <w:proofErr w:type="spellStart"/>
      <w:r w:rsidRPr="008A2AEC">
        <w:rPr>
          <w:rFonts w:ascii="Times New Roman" w:hAnsi="Times New Roman" w:cs="Times New Roman"/>
          <w:lang w:val="ru-KZ"/>
        </w:rPr>
        <w:t>облыстық</w:t>
      </w:r>
      <w:proofErr w:type="spellEnd"/>
      <w:r w:rsidRPr="008A2AEC">
        <w:rPr>
          <w:rFonts w:ascii="Times New Roman" w:hAnsi="Times New Roman" w:cs="Times New Roman"/>
          <w:lang w:val="ru-KZ"/>
        </w:rPr>
        <w:t xml:space="preserve"> ЖМЖС» ШЖҚ КМК</w:t>
      </w:r>
      <w:r w:rsidR="008A2AEC">
        <w:rPr>
          <w:rFonts w:ascii="Times New Roman" w:hAnsi="Times New Roman" w:cs="Times New Roman"/>
          <w:lang w:val="ru-KZ"/>
        </w:rPr>
        <w:tab/>
      </w:r>
      <w:r w:rsidR="008A2AEC">
        <w:rPr>
          <w:rFonts w:ascii="Times New Roman" w:hAnsi="Times New Roman" w:cs="Times New Roman"/>
          <w:lang w:val="ru-KZ"/>
        </w:rPr>
        <w:tab/>
      </w:r>
      <w:r w:rsidR="008A2AEC">
        <w:rPr>
          <w:rFonts w:ascii="Times New Roman" w:hAnsi="Times New Roman" w:cs="Times New Roman"/>
          <w:lang w:val="ru-KZ"/>
        </w:rPr>
        <w:tab/>
      </w:r>
      <w:r w:rsidR="008A2AEC" w:rsidRPr="008A2AEC">
        <w:rPr>
          <w:rFonts w:ascii="Times New Roman" w:hAnsi="Times New Roman" w:cs="Times New Roman"/>
          <w:lang w:val="ru-KZ"/>
        </w:rPr>
        <w:t>ТАӘ: ___________________________</w:t>
      </w:r>
      <w:r w:rsidRPr="008A2AEC">
        <w:rPr>
          <w:rFonts w:ascii="Times New Roman" w:hAnsi="Times New Roman" w:cs="Times New Roman"/>
          <w:lang w:val="ru-KZ"/>
        </w:rPr>
        <w:br/>
        <w:t>БСН: 990240002522</w:t>
      </w:r>
      <w:r w:rsidR="008A2AEC">
        <w:rPr>
          <w:rFonts w:ascii="Times New Roman" w:hAnsi="Times New Roman" w:cs="Times New Roman"/>
          <w:lang w:val="ru-KZ"/>
        </w:rPr>
        <w:tab/>
      </w:r>
      <w:r w:rsidR="008A2AEC">
        <w:rPr>
          <w:rFonts w:ascii="Times New Roman" w:hAnsi="Times New Roman" w:cs="Times New Roman"/>
          <w:lang w:val="ru-KZ"/>
        </w:rPr>
        <w:tab/>
      </w:r>
      <w:r w:rsidR="008A2AEC">
        <w:rPr>
          <w:rFonts w:ascii="Times New Roman" w:hAnsi="Times New Roman" w:cs="Times New Roman"/>
          <w:lang w:val="ru-KZ"/>
        </w:rPr>
        <w:tab/>
      </w:r>
      <w:r w:rsidR="008A2AEC">
        <w:rPr>
          <w:rFonts w:ascii="Times New Roman" w:hAnsi="Times New Roman" w:cs="Times New Roman"/>
          <w:lang w:val="ru-KZ"/>
        </w:rPr>
        <w:tab/>
      </w:r>
      <w:r w:rsidR="008A2AEC">
        <w:rPr>
          <w:rFonts w:ascii="Times New Roman" w:hAnsi="Times New Roman" w:cs="Times New Roman"/>
          <w:lang w:val="ru-KZ"/>
        </w:rPr>
        <w:tab/>
      </w:r>
      <w:r w:rsidR="008A2AEC">
        <w:rPr>
          <w:rFonts w:ascii="Times New Roman" w:hAnsi="Times New Roman" w:cs="Times New Roman"/>
          <w:lang w:val="ru-KZ"/>
        </w:rPr>
        <w:tab/>
      </w:r>
      <w:r w:rsidR="008A2AEC" w:rsidRPr="008A2AEC">
        <w:rPr>
          <w:rFonts w:ascii="Times New Roman" w:hAnsi="Times New Roman" w:cs="Times New Roman"/>
          <w:lang w:val="ru-KZ"/>
        </w:rPr>
        <w:t xml:space="preserve">Жеке </w:t>
      </w:r>
      <w:proofErr w:type="spellStart"/>
      <w:r w:rsidR="008A2AEC" w:rsidRPr="008A2AEC">
        <w:rPr>
          <w:rFonts w:ascii="Times New Roman" w:hAnsi="Times New Roman" w:cs="Times New Roman"/>
          <w:lang w:val="ru-KZ"/>
        </w:rPr>
        <w:t>куәлік</w:t>
      </w:r>
      <w:proofErr w:type="spellEnd"/>
      <w:r w:rsidR="008A2AEC" w:rsidRPr="008A2AEC">
        <w:rPr>
          <w:rFonts w:ascii="Times New Roman" w:hAnsi="Times New Roman" w:cs="Times New Roman"/>
          <w:lang w:val="ru-KZ"/>
        </w:rPr>
        <w:t xml:space="preserve"> № _______________</w:t>
      </w:r>
      <w:r w:rsidRPr="008A2AEC">
        <w:rPr>
          <w:rFonts w:ascii="Times New Roman" w:hAnsi="Times New Roman" w:cs="Times New Roman"/>
          <w:lang w:val="ru-KZ"/>
        </w:rPr>
        <w:br/>
      </w:r>
      <w:proofErr w:type="spellStart"/>
      <w:r w:rsidRPr="008A2AEC">
        <w:rPr>
          <w:rFonts w:ascii="Times New Roman" w:hAnsi="Times New Roman" w:cs="Times New Roman"/>
          <w:lang w:val="ru-KZ"/>
        </w:rPr>
        <w:t>Мекенжайы</w:t>
      </w:r>
      <w:proofErr w:type="spellEnd"/>
      <w:r w:rsidRPr="008A2AEC">
        <w:rPr>
          <w:rFonts w:ascii="Times New Roman" w:hAnsi="Times New Roman" w:cs="Times New Roman"/>
          <w:lang w:val="ru-KZ"/>
        </w:rPr>
        <w:t xml:space="preserve">: Атырау қ., </w:t>
      </w:r>
      <w:proofErr w:type="spellStart"/>
      <w:r w:rsidRPr="008A2AEC">
        <w:rPr>
          <w:rFonts w:ascii="Times New Roman" w:hAnsi="Times New Roman" w:cs="Times New Roman"/>
          <w:lang w:val="ru-KZ"/>
        </w:rPr>
        <w:t>Қ.Смағұлов</w:t>
      </w:r>
      <w:proofErr w:type="spellEnd"/>
      <w:r w:rsidRPr="008A2AEC">
        <w:rPr>
          <w:rFonts w:ascii="Times New Roman" w:hAnsi="Times New Roman" w:cs="Times New Roman"/>
          <w:lang w:val="ru-KZ"/>
        </w:rPr>
        <w:t xml:space="preserve"> </w:t>
      </w:r>
      <w:proofErr w:type="spellStart"/>
      <w:r w:rsidRPr="008A2AEC">
        <w:rPr>
          <w:rFonts w:ascii="Times New Roman" w:hAnsi="Times New Roman" w:cs="Times New Roman"/>
          <w:lang w:val="ru-KZ"/>
        </w:rPr>
        <w:t>көшесі</w:t>
      </w:r>
      <w:proofErr w:type="spellEnd"/>
      <w:r w:rsidRPr="008A2AEC">
        <w:rPr>
          <w:rFonts w:ascii="Times New Roman" w:hAnsi="Times New Roman" w:cs="Times New Roman"/>
          <w:lang w:val="ru-KZ"/>
        </w:rPr>
        <w:t>, 14а</w:t>
      </w:r>
      <w:r w:rsidR="008A2AEC">
        <w:rPr>
          <w:rFonts w:ascii="Times New Roman" w:hAnsi="Times New Roman" w:cs="Times New Roman"/>
          <w:lang w:val="ru-KZ"/>
        </w:rPr>
        <w:tab/>
      </w:r>
      <w:r w:rsidR="008A2AEC">
        <w:rPr>
          <w:rFonts w:ascii="Times New Roman" w:hAnsi="Times New Roman" w:cs="Times New Roman"/>
          <w:lang w:val="ru-KZ"/>
        </w:rPr>
        <w:tab/>
      </w:r>
      <w:proofErr w:type="spellStart"/>
      <w:r w:rsidR="008A2AEC" w:rsidRPr="008A2AEC">
        <w:rPr>
          <w:rFonts w:ascii="Times New Roman" w:hAnsi="Times New Roman" w:cs="Times New Roman"/>
          <w:lang w:val="ru-KZ"/>
        </w:rPr>
        <w:t>Мекенжайы</w:t>
      </w:r>
      <w:proofErr w:type="spellEnd"/>
      <w:r w:rsidR="008A2AEC" w:rsidRPr="008A2AEC">
        <w:rPr>
          <w:rFonts w:ascii="Times New Roman" w:hAnsi="Times New Roman" w:cs="Times New Roman"/>
          <w:lang w:val="ru-KZ"/>
        </w:rPr>
        <w:t>: _________________________</w:t>
      </w:r>
      <w:r w:rsidRPr="008A2AEC">
        <w:rPr>
          <w:rFonts w:ascii="Times New Roman" w:hAnsi="Times New Roman" w:cs="Times New Roman"/>
          <w:lang w:val="ru-KZ"/>
        </w:rPr>
        <w:br/>
        <w:t>Тел.: 87122501748, 309337</w:t>
      </w:r>
      <w:r w:rsidR="008A2AEC">
        <w:rPr>
          <w:rFonts w:ascii="Times New Roman" w:hAnsi="Times New Roman" w:cs="Times New Roman"/>
          <w:lang w:val="ru-KZ"/>
        </w:rPr>
        <w:tab/>
      </w:r>
      <w:r w:rsidR="008A2AEC">
        <w:rPr>
          <w:rFonts w:ascii="Times New Roman" w:hAnsi="Times New Roman" w:cs="Times New Roman"/>
          <w:lang w:val="ru-KZ"/>
        </w:rPr>
        <w:tab/>
      </w:r>
      <w:r w:rsidR="008A2AEC">
        <w:rPr>
          <w:rFonts w:ascii="Times New Roman" w:hAnsi="Times New Roman" w:cs="Times New Roman"/>
          <w:lang w:val="ru-KZ"/>
        </w:rPr>
        <w:tab/>
      </w:r>
      <w:r w:rsidR="008A2AEC">
        <w:rPr>
          <w:rFonts w:ascii="Times New Roman" w:hAnsi="Times New Roman" w:cs="Times New Roman"/>
          <w:lang w:val="ru-KZ"/>
        </w:rPr>
        <w:tab/>
      </w:r>
      <w:r w:rsidR="008A2AEC">
        <w:rPr>
          <w:rFonts w:ascii="Times New Roman" w:hAnsi="Times New Roman" w:cs="Times New Roman"/>
          <w:lang w:val="ru-KZ"/>
        </w:rPr>
        <w:tab/>
      </w:r>
      <w:r w:rsidR="008A2AEC" w:rsidRPr="008A2AEC">
        <w:rPr>
          <w:rFonts w:ascii="Times New Roman" w:hAnsi="Times New Roman" w:cs="Times New Roman"/>
          <w:lang w:val="ru-KZ"/>
        </w:rPr>
        <w:t>Тел.: ______________________</w:t>
      </w:r>
    </w:p>
    <w:p w14:paraId="66108FBC" w14:textId="77777777" w:rsidR="00FB0CFA" w:rsidRDefault="00FB0CFA" w:rsidP="00FB0CFA">
      <w:pPr>
        <w:spacing w:after="0"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Директор</w:t>
      </w:r>
    </w:p>
    <w:p w14:paraId="2AA881C6" w14:textId="4902A8B2" w:rsidR="00E92296" w:rsidRDefault="00FB0CFA" w:rsidP="00BC3FCD">
      <w:pPr>
        <w:spacing w:after="0"/>
        <w:rPr>
          <w:rFonts w:ascii="Times New Roman" w:hAnsi="Times New Roman" w:cs="Times New Roman"/>
        </w:rPr>
      </w:pPr>
      <w:r w:rsidRPr="009417B8">
        <w:rPr>
          <w:rFonts w:ascii="Times New Roman" w:hAnsi="Times New Roman" w:cs="Times New Roman"/>
          <w:lang w:val="ru-RU"/>
        </w:rPr>
        <w:t xml:space="preserve"> ____________________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Орынбасар</w:t>
      </w:r>
      <w:proofErr w:type="spellEnd"/>
      <w:r>
        <w:rPr>
          <w:rFonts w:ascii="Times New Roman" w:hAnsi="Times New Roman" w:cs="Times New Roman"/>
          <w:lang w:val="kk-KZ"/>
        </w:rPr>
        <w:t>ұлы А.</w:t>
      </w:r>
      <w:r w:rsidR="008A2AEC">
        <w:rPr>
          <w:rFonts w:ascii="Times New Roman" w:hAnsi="Times New Roman" w:cs="Times New Roman"/>
        </w:rPr>
        <w:tab/>
      </w:r>
      <w:r w:rsidR="008A2AEC">
        <w:rPr>
          <w:rFonts w:ascii="Times New Roman" w:hAnsi="Times New Roman" w:cs="Times New Roman"/>
        </w:rPr>
        <w:tab/>
      </w:r>
      <w:r w:rsidR="008A2AEC">
        <w:rPr>
          <w:rFonts w:ascii="Times New Roman" w:hAnsi="Times New Roman" w:cs="Times New Roman"/>
        </w:rPr>
        <w:tab/>
      </w:r>
      <w:proofErr w:type="spellStart"/>
      <w:r w:rsidR="008A2AEC" w:rsidRPr="00BC3FCD">
        <w:rPr>
          <w:rFonts w:ascii="Times New Roman" w:hAnsi="Times New Roman" w:cs="Times New Roman"/>
        </w:rPr>
        <w:t>Қолы</w:t>
      </w:r>
      <w:proofErr w:type="spellEnd"/>
      <w:r w:rsidR="008A2AEC" w:rsidRPr="00BC3FCD">
        <w:rPr>
          <w:rFonts w:ascii="Times New Roman" w:hAnsi="Times New Roman" w:cs="Times New Roman"/>
        </w:rPr>
        <w:t>: ____________________</w:t>
      </w:r>
    </w:p>
    <w:p w14:paraId="060E97DF" w14:textId="15E4B666" w:rsidR="003C352D" w:rsidRPr="00D010CC" w:rsidRDefault="003C352D" w:rsidP="00BC3FCD">
      <w:pPr>
        <w:spacing w:after="0"/>
        <w:rPr>
          <w:rFonts w:ascii="Times New Roman" w:hAnsi="Times New Roman" w:cs="Times New Roman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636C5BEB" wp14:editId="26CAD726">
                <wp:extent cx="304800" cy="304800"/>
                <wp:effectExtent l="0" t="0" r="0" b="0"/>
                <wp:docPr id="1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6637A7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5IAcXwsCAADVAwAADgAA&#10;AAAAAAAAAAAAAAAuAgAAZHJzL2Uyb0RvYy54bWxQSwECLQAUAAYACAAAACEATKDpLNgAAAADAQAA&#10;DwAAAAAAAAAAAAAAAABlBAAAZHJzL2Rvd25yZXYueG1sUEsFBgAAAAAEAAQA8wAAAGo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CB09BD0" wp14:editId="5513F452">
                <wp:extent cx="304800" cy="304800"/>
                <wp:effectExtent l="0" t="0" r="0" b="0"/>
                <wp:docPr id="2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CAAEFB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mmOuWQ4CAADVAwAA&#10;DgAAAAAAAAAAAAAAAAAuAgAAZHJzL2Uyb0RvYy54bWxQSwECLQAUAAYACAAAACEATKDpLNgAAAAD&#10;AQAADwAAAAAAAAAAAAAAAABoBAAAZHJzL2Rvd25yZXYueG1sUEsFBgAAAAAEAAQA8wAAAG0FAAAA&#10;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796A87A" wp14:editId="3F2162F7">
                <wp:extent cx="304800" cy="304800"/>
                <wp:effectExtent l="0" t="0" r="0" b="0"/>
                <wp:docPr id="3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05627A" id="Прямоугольник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j8AQ7Q4CAADVAwAA&#10;DgAAAAAAAAAAAAAAAAAuAgAAZHJzL2Uyb0RvYy54bWxQSwECLQAUAAYACAAAACEATKDpLNgAAAAD&#10;AQAADwAAAAAAAAAAAAAAAABoBAAAZHJzL2Rvd25yZXYueG1sUEsFBgAAAAAEAAQA8wAAAG0FAAAA&#10;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inline distT="0" distB="0" distL="0" distR="0" wp14:anchorId="02362A0B" wp14:editId="67B02D47">
            <wp:extent cx="6660515" cy="6660515"/>
            <wp:effectExtent l="0" t="0" r="698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666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352D" w:rsidRPr="00D010CC" w:rsidSect="00BC3FCD">
      <w:pgSz w:w="12240" w:h="15840"/>
      <w:pgMar w:top="426" w:right="758" w:bottom="568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9F7D14"/>
    <w:multiLevelType w:val="multilevel"/>
    <w:tmpl w:val="979A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CA30BEF"/>
    <w:multiLevelType w:val="multilevel"/>
    <w:tmpl w:val="F636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A95FBE"/>
    <w:multiLevelType w:val="multilevel"/>
    <w:tmpl w:val="B11C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9876E7"/>
    <w:multiLevelType w:val="multilevel"/>
    <w:tmpl w:val="BAF27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230"/>
    <w:rsid w:val="0006063C"/>
    <w:rsid w:val="0015074B"/>
    <w:rsid w:val="0029639D"/>
    <w:rsid w:val="00326F90"/>
    <w:rsid w:val="003C352D"/>
    <w:rsid w:val="005F2F5D"/>
    <w:rsid w:val="006D45D1"/>
    <w:rsid w:val="008A2AEC"/>
    <w:rsid w:val="009417B8"/>
    <w:rsid w:val="009B4A18"/>
    <w:rsid w:val="00AA1D8D"/>
    <w:rsid w:val="00B47730"/>
    <w:rsid w:val="00BC3FCD"/>
    <w:rsid w:val="00CB0664"/>
    <w:rsid w:val="00D010CC"/>
    <w:rsid w:val="00E92296"/>
    <w:rsid w:val="00FB0C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120B29"/>
  <w14:defaultImageDpi w14:val="300"/>
  <w15:docId w15:val="{78B972B8-E712-4DE7-941A-26747DBBD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BC3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7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893</Words>
  <Characters>5092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</cp:lastModifiedBy>
  <cp:revision>8</cp:revision>
  <cp:lastPrinted>2026-04-22T12:19:00Z</cp:lastPrinted>
  <dcterms:created xsi:type="dcterms:W3CDTF">2013-12-23T23:15:00Z</dcterms:created>
  <dcterms:modified xsi:type="dcterms:W3CDTF">2026-06-16T09:10:00Z</dcterms:modified>
  <cp:category/>
</cp:coreProperties>
</file>